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273F7" w14:textId="2D0170F4" w:rsidR="0004365E" w:rsidRDefault="00774F73" w:rsidP="006F0465">
      <w:pPr>
        <w:pStyle w:val="a8"/>
        <w:jc w:val="center"/>
        <w:rPr>
          <w:lang w:eastAsia="ko-KR"/>
        </w:rPr>
      </w:pPr>
      <w:r>
        <w:rPr>
          <w:lang w:eastAsia="ko-KR"/>
        </w:rPr>
        <w:t>회원가입</w:t>
      </w:r>
      <w:r w:rsidR="006F0465">
        <w:rPr>
          <w:rFonts w:eastAsia="맑은 고딕" w:hint="eastAsia"/>
          <w:lang w:eastAsia="ko-KR"/>
        </w:rPr>
        <w:t xml:space="preserve"> </w:t>
      </w:r>
      <w:r>
        <w:rPr>
          <w:lang w:eastAsia="ko-KR"/>
        </w:rPr>
        <w:t>신청서</w:t>
      </w:r>
    </w:p>
    <w:p w14:paraId="0CB78C4C" w14:textId="77777777" w:rsidR="0004365E" w:rsidRDefault="00774F73" w:rsidP="001B7686">
      <w:pPr>
        <w:pStyle w:val="1"/>
        <w:numPr>
          <w:ilvl w:val="0"/>
          <w:numId w:val="10"/>
        </w:numPr>
        <w:spacing w:line="200" w:lineRule="exact"/>
      </w:pPr>
      <w:proofErr w:type="spellStart"/>
      <w:r>
        <w:t>회원가입</w:t>
      </w:r>
      <w:proofErr w:type="spellEnd"/>
      <w:r>
        <w:t xml:space="preserve"> </w:t>
      </w:r>
      <w:proofErr w:type="spellStart"/>
      <w:r>
        <w:t>정보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2948"/>
        <w:gridCol w:w="1587"/>
        <w:gridCol w:w="3832"/>
      </w:tblGrid>
      <w:tr w:rsidR="0004365E" w14:paraId="3A53243E" w14:textId="77777777" w:rsidTr="006F0465">
        <w:trPr>
          <w:trHeight w:val="227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8DF09C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proofErr w:type="spellStart"/>
            <w:r w:rsidRPr="009D3E05">
              <w:rPr>
                <w:b/>
                <w:sz w:val="17"/>
                <w:szCs w:val="18"/>
              </w:rPr>
              <w:t>접수번호</w:t>
            </w:r>
            <w:proofErr w:type="spellEnd"/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488EE" w14:textId="77777777" w:rsidR="0004365E" w:rsidRPr="009D3E05" w:rsidRDefault="0004365E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1600D4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r w:rsidRPr="009D3E05">
              <w:rPr>
                <w:b/>
                <w:sz w:val="17"/>
                <w:szCs w:val="18"/>
              </w:rPr>
              <w:t>회원구분</w:t>
            </w:r>
          </w:p>
        </w:tc>
        <w:tc>
          <w:tcPr>
            <w:tcW w:w="3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2AB44A" w14:textId="77777777" w:rsidR="00D55FDB" w:rsidRDefault="00587BA1">
            <w:pPr>
              <w:spacing w:after="0" w:line="252" w:lineRule="auto"/>
              <w:jc w:val="center"/>
              <w:rPr>
                <w:lang w:eastAsia="ko-KR"/>
              </w:rPr>
            </w:pPr>
            <w:r>
              <w:rPr>
                <w:b/>
                <w:sz w:val="17"/>
                <w:lang w:eastAsia="ko-KR"/>
              </w:rPr>
              <w:t xml:space="preserve">□ </w:t>
            </w:r>
            <w:proofErr w:type="gramStart"/>
            <w:r>
              <w:rPr>
                <w:b/>
                <w:sz w:val="17"/>
                <w:lang w:eastAsia="ko-KR"/>
              </w:rPr>
              <w:t>정회원</w:t>
            </w:r>
            <w:r>
              <w:rPr>
                <w:b/>
                <w:sz w:val="17"/>
                <w:lang w:eastAsia="ko-KR"/>
              </w:rPr>
              <w:t xml:space="preserve">  □</w:t>
            </w:r>
            <w:proofErr w:type="gramEnd"/>
            <w:r>
              <w:rPr>
                <w:b/>
                <w:sz w:val="17"/>
                <w:lang w:eastAsia="ko-KR"/>
              </w:rPr>
              <w:t xml:space="preserve"> </w:t>
            </w:r>
            <w:r>
              <w:rPr>
                <w:b/>
                <w:sz w:val="17"/>
                <w:lang w:eastAsia="ko-KR"/>
              </w:rPr>
              <w:t>단체회원</w:t>
            </w:r>
            <w:r>
              <w:rPr>
                <w:b/>
                <w:sz w:val="17"/>
                <w:lang w:eastAsia="ko-KR"/>
              </w:rPr>
              <w:t xml:space="preserve">  □ </w:t>
            </w:r>
            <w:r>
              <w:rPr>
                <w:b/>
                <w:sz w:val="17"/>
                <w:lang w:eastAsia="ko-KR"/>
              </w:rPr>
              <w:t>학생회원</w:t>
            </w:r>
          </w:p>
        </w:tc>
      </w:tr>
      <w:tr w:rsidR="0004365E" w14:paraId="230427CF" w14:textId="77777777" w:rsidTr="006F0465">
        <w:trPr>
          <w:trHeight w:val="227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A2428E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proofErr w:type="spellStart"/>
            <w:r w:rsidRPr="009D3E05">
              <w:rPr>
                <w:sz w:val="17"/>
                <w:szCs w:val="18"/>
              </w:rPr>
              <w:t>신청인</w:t>
            </w:r>
            <w:proofErr w:type="spellEnd"/>
            <w:r w:rsidRPr="009D3E05">
              <w:rPr>
                <w:sz w:val="17"/>
                <w:szCs w:val="18"/>
              </w:rPr>
              <w:t xml:space="preserve"> </w:t>
            </w:r>
            <w:proofErr w:type="spellStart"/>
            <w:r w:rsidRPr="009D3E05">
              <w:rPr>
                <w:sz w:val="17"/>
                <w:szCs w:val="18"/>
              </w:rPr>
              <w:t>구분</w:t>
            </w:r>
            <w:proofErr w:type="spellEnd"/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E007DE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r w:rsidRPr="009D3E05">
              <w:rPr>
                <w:sz w:val="17"/>
                <w:szCs w:val="18"/>
              </w:rPr>
              <w:t xml:space="preserve">□ </w:t>
            </w:r>
            <w:proofErr w:type="spellStart"/>
            <w:r w:rsidRPr="009D3E05">
              <w:rPr>
                <w:sz w:val="17"/>
                <w:szCs w:val="18"/>
              </w:rPr>
              <w:t>개인</w:t>
            </w:r>
            <w:proofErr w:type="spellEnd"/>
            <w:r w:rsidRPr="009D3E05">
              <w:rPr>
                <w:sz w:val="17"/>
                <w:szCs w:val="18"/>
              </w:rPr>
              <w:t xml:space="preserve">  </w:t>
            </w:r>
            <w:r w:rsidR="006F0465" w:rsidRPr="009D3E05">
              <w:rPr>
                <w:sz w:val="17"/>
                <w:szCs w:val="18"/>
              </w:rPr>
              <w:t xml:space="preserve">       </w:t>
            </w:r>
            <w:r w:rsidRPr="009D3E05">
              <w:rPr>
                <w:sz w:val="17"/>
                <w:szCs w:val="18"/>
              </w:rPr>
              <w:t xml:space="preserve">□ </w:t>
            </w:r>
            <w:proofErr w:type="spellStart"/>
            <w:r w:rsidRPr="009D3E05">
              <w:rPr>
                <w:sz w:val="17"/>
                <w:szCs w:val="18"/>
              </w:rPr>
              <w:t>법인·단체</w:t>
            </w:r>
            <w:proofErr w:type="spellEnd"/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9AB806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r w:rsidRPr="009D3E05">
              <w:rPr>
                <w:sz w:val="17"/>
                <w:szCs w:val="18"/>
              </w:rPr>
              <w:t>성명 또는 법인명</w:t>
            </w:r>
          </w:p>
        </w:tc>
        <w:tc>
          <w:tcPr>
            <w:tcW w:w="3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9298FE" w14:textId="77777777" w:rsidR="0004365E" w:rsidRPr="009D3E05" w:rsidRDefault="0004365E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</w:p>
        </w:tc>
      </w:tr>
      <w:tr w:rsidR="0004365E" w14:paraId="4A951CA2" w14:textId="77777777" w:rsidTr="006F0465">
        <w:trPr>
          <w:trHeight w:val="227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77FA60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r w:rsidRPr="009D3E05">
              <w:rPr>
                <w:sz w:val="17"/>
                <w:szCs w:val="18"/>
              </w:rPr>
              <w:t>대표자명</w:t>
            </w: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CD2E56" w14:textId="77777777" w:rsidR="0004365E" w:rsidRPr="009D3E05" w:rsidRDefault="006F0465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proofErr w:type="spellStart"/>
            <w:r w:rsidRPr="009D3E05">
              <w:rPr>
                <w:i/>
                <w:iCs/>
                <w:color w:val="BFBFBF" w:themeColor="background1" w:themeShade="BF"/>
                <w:sz w:val="17"/>
                <w:szCs w:val="18"/>
              </w:rPr>
              <w:t>법인</w:t>
            </w:r>
            <w:proofErr w:type="spellEnd"/>
            <w:r w:rsidRPr="009D3E05">
              <w:rPr>
                <w:i/>
                <w:iCs/>
                <w:color w:val="BFBFBF" w:themeColor="background1" w:themeShade="BF"/>
                <w:sz w:val="17"/>
                <w:szCs w:val="18"/>
              </w:rPr>
              <w:t xml:space="preserve">, </w:t>
            </w:r>
            <w:proofErr w:type="spellStart"/>
            <w:r w:rsidRPr="009D3E05">
              <w:rPr>
                <w:i/>
                <w:iCs/>
                <w:color w:val="BFBFBF" w:themeColor="background1" w:themeShade="BF"/>
                <w:sz w:val="17"/>
                <w:szCs w:val="18"/>
              </w:rPr>
              <w:t>단체만</w:t>
            </w:r>
            <w:proofErr w:type="spellEnd"/>
            <w:r w:rsidRPr="009D3E05">
              <w:rPr>
                <w:i/>
                <w:iCs/>
                <w:color w:val="BFBFBF" w:themeColor="background1" w:themeShade="BF"/>
                <w:sz w:val="17"/>
                <w:szCs w:val="18"/>
              </w:rPr>
              <w:t xml:space="preserve"> </w:t>
            </w:r>
            <w:proofErr w:type="spellStart"/>
            <w:r w:rsidRPr="009D3E05">
              <w:rPr>
                <w:i/>
                <w:iCs/>
                <w:color w:val="BFBFBF" w:themeColor="background1" w:themeShade="BF"/>
                <w:sz w:val="17"/>
                <w:szCs w:val="18"/>
              </w:rPr>
              <w:t>기재</w:t>
            </w:r>
            <w:proofErr w:type="spellEnd"/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775DA7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r w:rsidRPr="009D3E05">
              <w:rPr>
                <w:sz w:val="17"/>
                <w:szCs w:val="18"/>
              </w:rPr>
              <w:t>사업자등록번호</w:t>
            </w:r>
          </w:p>
        </w:tc>
        <w:tc>
          <w:tcPr>
            <w:tcW w:w="3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50A349" w14:textId="77777777" w:rsidR="0004365E" w:rsidRPr="009D3E05" w:rsidRDefault="00774F73" w:rsidP="001B7686">
            <w:pPr>
              <w:spacing w:after="0" w:line="200" w:lineRule="exact"/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 w:rsidRPr="009D3E05">
              <w:rPr>
                <w:i/>
                <w:iCs/>
                <w:color w:val="BFBFBF" w:themeColor="background1" w:themeShade="BF"/>
                <w:sz w:val="17"/>
                <w:szCs w:val="18"/>
              </w:rPr>
              <w:t>법인</w:t>
            </w:r>
            <w:proofErr w:type="spellEnd"/>
            <w:r w:rsidR="006F0465" w:rsidRPr="009D3E05">
              <w:rPr>
                <w:i/>
                <w:iCs/>
                <w:color w:val="BFBFBF" w:themeColor="background1" w:themeShade="BF"/>
                <w:sz w:val="17"/>
                <w:szCs w:val="18"/>
              </w:rPr>
              <w:t xml:space="preserve">, </w:t>
            </w:r>
            <w:proofErr w:type="spellStart"/>
            <w:r w:rsidRPr="009D3E05">
              <w:rPr>
                <w:i/>
                <w:iCs/>
                <w:color w:val="BFBFBF" w:themeColor="background1" w:themeShade="BF"/>
                <w:sz w:val="17"/>
                <w:szCs w:val="18"/>
              </w:rPr>
              <w:t>단체만</w:t>
            </w:r>
            <w:proofErr w:type="spellEnd"/>
            <w:r w:rsidRPr="009D3E05">
              <w:rPr>
                <w:i/>
                <w:iCs/>
                <w:color w:val="BFBFBF" w:themeColor="background1" w:themeShade="BF"/>
                <w:sz w:val="17"/>
                <w:szCs w:val="18"/>
              </w:rPr>
              <w:t xml:space="preserve"> </w:t>
            </w:r>
            <w:proofErr w:type="spellStart"/>
            <w:r w:rsidRPr="009D3E05">
              <w:rPr>
                <w:i/>
                <w:iCs/>
                <w:color w:val="BFBFBF" w:themeColor="background1" w:themeShade="BF"/>
                <w:sz w:val="17"/>
                <w:szCs w:val="18"/>
              </w:rPr>
              <w:t>기재</w:t>
            </w:r>
            <w:proofErr w:type="spellEnd"/>
          </w:p>
        </w:tc>
      </w:tr>
      <w:tr w:rsidR="0004365E" w14:paraId="103D0021" w14:textId="77777777" w:rsidTr="006F0465">
        <w:trPr>
          <w:trHeight w:val="227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784905" w14:textId="77777777" w:rsidR="0004365E" w:rsidRPr="009D3E05" w:rsidRDefault="006F0465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proofErr w:type="spellStart"/>
            <w:r w:rsidRPr="009D3E05">
              <w:rPr>
                <w:sz w:val="17"/>
                <w:szCs w:val="18"/>
              </w:rPr>
              <w:t>이메일</w:t>
            </w:r>
            <w:proofErr w:type="spellEnd"/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961A50" w14:textId="77777777" w:rsidR="0004365E" w:rsidRPr="009D3E05" w:rsidRDefault="0004365E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7C2C34" w14:textId="77777777" w:rsidR="0004365E" w:rsidRPr="009D3E05" w:rsidRDefault="006F0465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proofErr w:type="spellStart"/>
            <w:r w:rsidRPr="009D3E05">
              <w:rPr>
                <w:sz w:val="17"/>
                <w:szCs w:val="18"/>
              </w:rPr>
              <w:t>연락처</w:t>
            </w:r>
            <w:proofErr w:type="spellEnd"/>
          </w:p>
        </w:tc>
        <w:tc>
          <w:tcPr>
            <w:tcW w:w="3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B8A91F" w14:textId="77777777" w:rsidR="0004365E" w:rsidRPr="009D3E05" w:rsidRDefault="0004365E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</w:p>
        </w:tc>
      </w:tr>
      <w:tr w:rsidR="0004365E" w14:paraId="064FF816" w14:textId="77777777" w:rsidTr="006F0465">
        <w:trPr>
          <w:trHeight w:val="227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3A9AC1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r w:rsidRPr="009D3E05">
              <w:rPr>
                <w:sz w:val="17"/>
                <w:szCs w:val="18"/>
              </w:rPr>
              <w:t>소속 또는 부서</w:t>
            </w: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4F8A65" w14:textId="77777777" w:rsidR="0004365E" w:rsidRPr="009D3E05" w:rsidRDefault="0004365E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7D2BF1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r w:rsidRPr="009D3E05">
              <w:rPr>
                <w:sz w:val="17"/>
                <w:szCs w:val="18"/>
              </w:rPr>
              <w:t>직위</w:t>
            </w:r>
          </w:p>
        </w:tc>
        <w:tc>
          <w:tcPr>
            <w:tcW w:w="3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0BA1EF" w14:textId="77777777" w:rsidR="0004365E" w:rsidRPr="009D3E05" w:rsidRDefault="0004365E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</w:p>
        </w:tc>
      </w:tr>
      <w:tr w:rsidR="0004365E" w14:paraId="1C958FCD" w14:textId="77777777" w:rsidTr="006F0465">
        <w:trPr>
          <w:trHeight w:val="227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ED288D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r w:rsidRPr="009D3E05">
              <w:rPr>
                <w:sz w:val="17"/>
                <w:szCs w:val="18"/>
              </w:rPr>
              <w:t xml:space="preserve">CP3P </w:t>
            </w:r>
            <w:proofErr w:type="spellStart"/>
            <w:r w:rsidRPr="009D3E05">
              <w:rPr>
                <w:sz w:val="17"/>
                <w:szCs w:val="18"/>
              </w:rPr>
              <w:t>자격</w:t>
            </w:r>
            <w:proofErr w:type="spellEnd"/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98AC7" w14:textId="77777777" w:rsidR="0004365E" w:rsidRPr="009D3E05" w:rsidRDefault="00774F73" w:rsidP="001B7686">
            <w:pPr>
              <w:spacing w:after="0" w:line="200" w:lineRule="exact"/>
              <w:rPr>
                <w:sz w:val="18"/>
                <w:szCs w:val="18"/>
              </w:rPr>
            </w:pPr>
            <w:r w:rsidRPr="009D3E05">
              <w:rPr>
                <w:sz w:val="17"/>
                <w:szCs w:val="18"/>
              </w:rPr>
              <w:t xml:space="preserve">□ </w:t>
            </w:r>
            <w:proofErr w:type="gramStart"/>
            <w:r w:rsidRPr="009D3E05">
              <w:rPr>
                <w:sz w:val="17"/>
                <w:szCs w:val="18"/>
              </w:rPr>
              <w:t>Foundation  □</w:t>
            </w:r>
            <w:proofErr w:type="gramEnd"/>
            <w:r w:rsidRPr="009D3E05">
              <w:rPr>
                <w:sz w:val="17"/>
                <w:szCs w:val="18"/>
              </w:rPr>
              <w:t xml:space="preserve"> Preparation</w:t>
            </w:r>
            <w:r w:rsidRPr="009D3E05">
              <w:rPr>
                <w:sz w:val="17"/>
                <w:szCs w:val="18"/>
              </w:rPr>
              <w:br/>
              <w:t xml:space="preserve">□ Execution  </w:t>
            </w:r>
            <w:r w:rsidR="006F0465" w:rsidRPr="009D3E05">
              <w:rPr>
                <w:sz w:val="17"/>
                <w:szCs w:val="18"/>
              </w:rPr>
              <w:t xml:space="preserve">  </w:t>
            </w:r>
            <w:r w:rsidRPr="009D3E05">
              <w:rPr>
                <w:sz w:val="17"/>
                <w:szCs w:val="18"/>
              </w:rPr>
              <w:t xml:space="preserve">□ </w:t>
            </w:r>
            <w:proofErr w:type="spellStart"/>
            <w:r w:rsidRPr="009D3E05">
              <w:rPr>
                <w:sz w:val="17"/>
                <w:szCs w:val="18"/>
              </w:rPr>
              <w:t>해당없음</w:t>
            </w:r>
            <w:proofErr w:type="spellEnd"/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8DE12B" w14:textId="77777777" w:rsidR="0004365E" w:rsidRPr="009D3E05" w:rsidRDefault="00774F73" w:rsidP="001B7686">
            <w:pPr>
              <w:spacing w:after="0" w:line="200" w:lineRule="exact"/>
              <w:jc w:val="center"/>
              <w:rPr>
                <w:sz w:val="18"/>
                <w:szCs w:val="18"/>
              </w:rPr>
            </w:pPr>
            <w:r w:rsidRPr="009D3E05">
              <w:rPr>
                <w:sz w:val="17"/>
                <w:szCs w:val="18"/>
              </w:rPr>
              <w:t>관심분야</w:t>
            </w:r>
          </w:p>
        </w:tc>
        <w:tc>
          <w:tcPr>
            <w:tcW w:w="3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03DF2D" w14:textId="77777777" w:rsidR="0004365E" w:rsidRPr="009D3E05" w:rsidRDefault="00774F73" w:rsidP="001B7686">
            <w:pPr>
              <w:spacing w:after="0" w:line="200" w:lineRule="exact"/>
              <w:rPr>
                <w:sz w:val="18"/>
                <w:szCs w:val="18"/>
                <w:lang w:eastAsia="ko-KR"/>
              </w:rPr>
            </w:pPr>
            <w:r w:rsidRPr="009D3E05">
              <w:rPr>
                <w:sz w:val="17"/>
                <w:szCs w:val="18"/>
                <w:lang w:eastAsia="ko-KR"/>
              </w:rPr>
              <w:t>□ 정책·</w:t>
            </w:r>
            <w:proofErr w:type="gramStart"/>
            <w:r w:rsidRPr="009D3E05">
              <w:rPr>
                <w:sz w:val="17"/>
                <w:szCs w:val="18"/>
                <w:lang w:eastAsia="ko-KR"/>
              </w:rPr>
              <w:t>제도  □</w:t>
            </w:r>
            <w:proofErr w:type="gramEnd"/>
            <w:r w:rsidRPr="009D3E05">
              <w:rPr>
                <w:sz w:val="17"/>
                <w:szCs w:val="18"/>
                <w:lang w:eastAsia="ko-KR"/>
              </w:rPr>
              <w:t xml:space="preserve"> 금융·투자</w:t>
            </w:r>
            <w:r w:rsidRPr="009D3E05">
              <w:rPr>
                <w:sz w:val="17"/>
                <w:szCs w:val="18"/>
                <w:lang w:eastAsia="ko-KR"/>
              </w:rPr>
              <w:br/>
              <w:t>□ 법률·계약  □ 건설·운영  □ 기타</w:t>
            </w:r>
          </w:p>
        </w:tc>
      </w:tr>
    </w:tbl>
    <w:p w14:paraId="30BA65C5" w14:textId="77777777" w:rsidR="0004365E" w:rsidRPr="003F355C" w:rsidRDefault="0004365E" w:rsidP="001B7686">
      <w:pPr>
        <w:spacing w:after="0" w:line="200" w:lineRule="exact"/>
        <w:rPr>
          <w:color w:val="000000" w:themeColor="text1"/>
          <w:lang w:eastAsia="ko-KR"/>
        </w:rPr>
      </w:pPr>
    </w:p>
    <w:p w14:paraId="799724B7" w14:textId="5087D75F" w:rsidR="0004365E" w:rsidRPr="003F355C" w:rsidRDefault="00774F73" w:rsidP="003F355C">
      <w:pPr>
        <w:pStyle w:val="1"/>
        <w:numPr>
          <w:ilvl w:val="0"/>
          <w:numId w:val="10"/>
        </w:numPr>
        <w:spacing w:line="200" w:lineRule="exact"/>
        <w:rPr>
          <w:rFonts w:hint="eastAsia"/>
          <w:color w:val="000000" w:themeColor="text1"/>
          <w:lang w:eastAsia="ko-KR"/>
        </w:rPr>
      </w:pPr>
      <w:r w:rsidRPr="003F355C">
        <w:rPr>
          <w:color w:val="000000" w:themeColor="text1"/>
          <w:lang w:eastAsia="ko-KR"/>
        </w:rPr>
        <w:t xml:space="preserve"> </w:t>
      </w:r>
      <w:r w:rsidRPr="003F355C">
        <w:rPr>
          <w:color w:val="000000" w:themeColor="text1"/>
          <w:lang w:eastAsia="ko-KR"/>
        </w:rPr>
        <w:t>회원구분과</w:t>
      </w:r>
      <w:r w:rsidRPr="003F355C">
        <w:rPr>
          <w:color w:val="000000" w:themeColor="text1"/>
          <w:lang w:eastAsia="ko-KR"/>
        </w:rPr>
        <w:t xml:space="preserve"> </w:t>
      </w:r>
      <w:r w:rsidRPr="003F355C">
        <w:rPr>
          <w:color w:val="000000" w:themeColor="text1"/>
          <w:lang w:eastAsia="ko-KR"/>
        </w:rPr>
        <w:t>회비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9"/>
        <w:gridCol w:w="1519"/>
        <w:gridCol w:w="2257"/>
        <w:gridCol w:w="2257"/>
        <w:gridCol w:w="2258"/>
      </w:tblGrid>
      <w:tr w:rsidR="003F355C" w:rsidRPr="003F355C" w14:paraId="727F0A38" w14:textId="77777777" w:rsidTr="003F355C">
        <w:trPr>
          <w:trHeight w:val="67"/>
          <w:jc w:val="center"/>
        </w:trPr>
        <w:tc>
          <w:tcPr>
            <w:tcW w:w="15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6870CD" w14:textId="6BF218D7" w:rsidR="00D55FDB" w:rsidRPr="003F355C" w:rsidRDefault="00587BA1">
            <w:pPr>
              <w:spacing w:after="0" w:line="252" w:lineRule="auto"/>
              <w:jc w:val="center"/>
              <w:rPr>
                <w:color w:val="FFFFFF" w:themeColor="background1"/>
              </w:rPr>
            </w:pPr>
            <w:proofErr w:type="spellStart"/>
            <w:r w:rsidRPr="003F355C">
              <w:rPr>
                <w:b/>
                <w:color w:val="FFFFFF" w:themeColor="background1"/>
                <w:sz w:val="17"/>
              </w:rPr>
              <w:t>구분</w:t>
            </w:r>
            <w:proofErr w:type="spellEnd"/>
          </w:p>
        </w:tc>
        <w:tc>
          <w:tcPr>
            <w:tcW w:w="15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BC26BD" w14:textId="77777777" w:rsidR="00D55FDB" w:rsidRPr="003F355C" w:rsidRDefault="00587BA1">
            <w:pPr>
              <w:spacing w:after="0" w:line="252" w:lineRule="auto"/>
              <w:jc w:val="center"/>
              <w:rPr>
                <w:color w:val="FFFFFF" w:themeColor="background1"/>
              </w:rPr>
            </w:pPr>
            <w:r w:rsidRPr="003F355C">
              <w:rPr>
                <w:b/>
                <w:color w:val="FFFFFF" w:themeColor="background1"/>
                <w:sz w:val="17"/>
              </w:rPr>
              <w:t>운영상</w:t>
            </w:r>
            <w:r w:rsidRPr="003F355C">
              <w:rPr>
                <w:b/>
                <w:color w:val="FFFFFF" w:themeColor="background1"/>
                <w:sz w:val="17"/>
              </w:rPr>
              <w:t xml:space="preserve"> </w:t>
            </w:r>
            <w:r w:rsidRPr="003F355C">
              <w:rPr>
                <w:b/>
                <w:color w:val="FFFFFF" w:themeColor="background1"/>
                <w:sz w:val="17"/>
              </w:rPr>
              <w:t>명칭</w:t>
            </w:r>
          </w:p>
        </w:tc>
        <w:tc>
          <w:tcPr>
            <w:tcW w:w="2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26F853" w14:textId="77777777" w:rsidR="00D55FDB" w:rsidRPr="003F355C" w:rsidRDefault="00587BA1">
            <w:pPr>
              <w:spacing w:after="0" w:line="252" w:lineRule="auto"/>
              <w:jc w:val="center"/>
              <w:rPr>
                <w:color w:val="FFFFFF" w:themeColor="background1"/>
              </w:rPr>
            </w:pPr>
            <w:r w:rsidRPr="003F355C">
              <w:rPr>
                <w:b/>
                <w:color w:val="FFFFFF" w:themeColor="background1"/>
                <w:sz w:val="17"/>
              </w:rPr>
              <w:t>회비</w:t>
            </w:r>
          </w:p>
        </w:tc>
        <w:tc>
          <w:tcPr>
            <w:tcW w:w="2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1175ED" w14:textId="3916C3DD" w:rsidR="00D55FDB" w:rsidRPr="003F355C" w:rsidRDefault="003F355C">
            <w:pPr>
              <w:spacing w:after="0" w:line="252" w:lineRule="auto"/>
              <w:jc w:val="center"/>
              <w:rPr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  <w:sz w:val="17"/>
                <w:lang w:eastAsia="ko-KR"/>
              </w:rPr>
              <w:t>후원금</w:t>
            </w:r>
          </w:p>
        </w:tc>
        <w:tc>
          <w:tcPr>
            <w:tcW w:w="2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E5BC8B" w14:textId="77777777" w:rsidR="00D55FDB" w:rsidRPr="003F355C" w:rsidRDefault="00587BA1">
            <w:pPr>
              <w:spacing w:after="0" w:line="252" w:lineRule="auto"/>
              <w:jc w:val="center"/>
              <w:rPr>
                <w:color w:val="FFFFFF" w:themeColor="background1"/>
              </w:rPr>
            </w:pPr>
            <w:r w:rsidRPr="003F355C">
              <w:rPr>
                <w:b/>
                <w:color w:val="FFFFFF" w:themeColor="background1"/>
                <w:sz w:val="17"/>
              </w:rPr>
              <w:t>기부금영수증</w:t>
            </w:r>
          </w:p>
        </w:tc>
      </w:tr>
      <w:tr w:rsidR="003F355C" w14:paraId="62BF8F09" w14:textId="77777777" w:rsidTr="003F355C">
        <w:trPr>
          <w:trHeight w:val="92"/>
          <w:jc w:val="center"/>
        </w:trPr>
        <w:tc>
          <w:tcPr>
            <w:tcW w:w="1519" w:type="dxa"/>
            <w:vMerge w:val="restart"/>
            <w:tcBorders>
              <w:top w:val="single" w:sz="6" w:space="0" w:color="D9D9D9"/>
              <w:left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B80281" w14:textId="77777777" w:rsidR="003F355C" w:rsidRDefault="003F355C">
            <w:pPr>
              <w:spacing w:after="0" w:line="252" w:lineRule="auto"/>
              <w:jc w:val="center"/>
            </w:pPr>
            <w:proofErr w:type="spellStart"/>
            <w:r>
              <w:rPr>
                <w:sz w:val="17"/>
              </w:rPr>
              <w:t>정회원</w:t>
            </w:r>
            <w:proofErr w:type="spellEnd"/>
          </w:p>
        </w:tc>
        <w:tc>
          <w:tcPr>
            <w:tcW w:w="15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44C197" w14:textId="77777777" w:rsidR="003F355C" w:rsidRDefault="003F355C">
            <w:pPr>
              <w:spacing w:after="0" w:line="252" w:lineRule="auto"/>
              <w:jc w:val="center"/>
            </w:pPr>
            <w:r>
              <w:rPr>
                <w:sz w:val="17"/>
              </w:rPr>
              <w:t>일반회원</w:t>
            </w:r>
          </w:p>
        </w:tc>
        <w:tc>
          <w:tcPr>
            <w:tcW w:w="2257" w:type="dxa"/>
            <w:vMerge w:val="restart"/>
            <w:tcBorders>
              <w:top w:val="single" w:sz="6" w:space="0" w:color="D9D9D9"/>
              <w:left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C39693" w14:textId="5343B5B3" w:rsidR="003F355C" w:rsidRDefault="003F355C">
            <w:pPr>
              <w:spacing w:after="0" w:line="252" w:lineRule="auto"/>
              <w:jc w:val="center"/>
              <w:rPr>
                <w:rFonts w:hint="eastAsia"/>
                <w:lang w:eastAsia="ko-KR"/>
              </w:rPr>
            </w:pPr>
            <w:r>
              <w:rPr>
                <w:sz w:val="17"/>
              </w:rPr>
              <w:t>100,000원</w:t>
            </w:r>
            <w:r>
              <w:rPr>
                <w:rFonts w:hint="eastAsia"/>
                <w:sz w:val="17"/>
                <w:lang w:eastAsia="ko-KR"/>
              </w:rPr>
              <w:t>/연</w:t>
            </w:r>
          </w:p>
        </w:tc>
        <w:tc>
          <w:tcPr>
            <w:tcW w:w="2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743B47" w14:textId="323E124E" w:rsidR="003F355C" w:rsidRDefault="003F355C">
            <w:pPr>
              <w:spacing w:after="0" w:line="252" w:lineRule="auto"/>
              <w:jc w:val="center"/>
            </w:pPr>
            <w:proofErr w:type="spellStart"/>
            <w:r>
              <w:rPr>
                <w:rFonts w:hint="eastAsia"/>
                <w:sz w:val="17"/>
                <w:lang w:eastAsia="ko-KR"/>
              </w:rPr>
              <w:t>해당없음</w:t>
            </w:r>
            <w:proofErr w:type="spellEnd"/>
          </w:p>
        </w:tc>
        <w:tc>
          <w:tcPr>
            <w:tcW w:w="2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2DD47" w14:textId="77777777" w:rsidR="003F355C" w:rsidRDefault="003F355C">
            <w:pPr>
              <w:spacing w:after="0" w:line="252" w:lineRule="auto"/>
              <w:jc w:val="center"/>
            </w:pPr>
            <w:r>
              <w:rPr>
                <w:sz w:val="17"/>
              </w:rPr>
              <w:t>발급대상 제외</w:t>
            </w:r>
          </w:p>
        </w:tc>
      </w:tr>
      <w:tr w:rsidR="003F355C" w14:paraId="0D997835" w14:textId="77777777" w:rsidTr="003F355C">
        <w:trPr>
          <w:trHeight w:val="581"/>
          <w:jc w:val="center"/>
        </w:trPr>
        <w:tc>
          <w:tcPr>
            <w:tcW w:w="1519" w:type="dxa"/>
            <w:vMerge/>
            <w:tcBorders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E93A3" w14:textId="77777777" w:rsidR="003F355C" w:rsidRDefault="003F355C">
            <w:pPr>
              <w:spacing w:after="0" w:line="252" w:lineRule="auto"/>
              <w:jc w:val="center"/>
              <w:rPr>
                <w:sz w:val="17"/>
              </w:rPr>
            </w:pPr>
          </w:p>
        </w:tc>
        <w:tc>
          <w:tcPr>
            <w:tcW w:w="15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62B21A" w14:textId="3E7AB10C" w:rsidR="003F355C" w:rsidRDefault="003F355C">
            <w:pPr>
              <w:spacing w:after="0" w:line="252" w:lineRule="auto"/>
              <w:jc w:val="center"/>
              <w:rPr>
                <w:rFonts w:hint="eastAsia"/>
                <w:sz w:val="17"/>
                <w:lang w:eastAsia="ko-KR"/>
              </w:rPr>
            </w:pPr>
            <w:r>
              <w:rPr>
                <w:rFonts w:hint="eastAsia"/>
                <w:sz w:val="17"/>
                <w:lang w:eastAsia="ko-KR"/>
              </w:rPr>
              <w:t>평생회원</w:t>
            </w:r>
          </w:p>
        </w:tc>
        <w:tc>
          <w:tcPr>
            <w:tcW w:w="2257" w:type="dxa"/>
            <w:vMerge/>
            <w:tcBorders>
              <w:left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5759C6" w14:textId="77777777" w:rsidR="003F355C" w:rsidRDefault="003F355C">
            <w:pPr>
              <w:spacing w:after="0" w:line="252" w:lineRule="auto"/>
              <w:jc w:val="center"/>
              <w:rPr>
                <w:sz w:val="17"/>
              </w:rPr>
            </w:pPr>
          </w:p>
        </w:tc>
        <w:tc>
          <w:tcPr>
            <w:tcW w:w="2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1BE1F5" w14:textId="7700445D" w:rsidR="003F355C" w:rsidRDefault="003F355C">
            <w:pPr>
              <w:spacing w:after="0" w:line="252" w:lineRule="auto"/>
              <w:jc w:val="center"/>
              <w:rPr>
                <w:sz w:val="17"/>
              </w:rPr>
            </w:pPr>
            <w:r>
              <w:rPr>
                <w:rFonts w:cs="맑은 고딕"/>
                <w:color w:val="000000"/>
                <w:sz w:val="16"/>
                <w:lang w:eastAsia="ko-KR"/>
              </w:rPr>
              <w:t>1,000,000원 이상</w:t>
            </w:r>
            <w:r>
              <w:rPr>
                <w:lang w:eastAsia="ko-KR"/>
              </w:rPr>
              <w:br/>
            </w:r>
            <w:r>
              <w:rPr>
                <w:rFonts w:cs="맑은 고딕"/>
                <w:color w:val="000000"/>
                <w:sz w:val="16"/>
                <w:lang w:eastAsia="ko-KR"/>
              </w:rPr>
              <w:t>납부 자율</w:t>
            </w:r>
          </w:p>
        </w:tc>
        <w:tc>
          <w:tcPr>
            <w:tcW w:w="2258" w:type="dxa"/>
            <w:vMerge w:val="restart"/>
            <w:tcBorders>
              <w:top w:val="single" w:sz="6" w:space="0" w:color="D9D9D9"/>
              <w:left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B87CD3" w14:textId="245E11D5" w:rsidR="003F355C" w:rsidRDefault="003F355C">
            <w:pPr>
              <w:spacing w:after="0" w:line="252" w:lineRule="auto"/>
              <w:jc w:val="center"/>
              <w:rPr>
                <w:rFonts w:hint="eastAsia"/>
                <w:sz w:val="17"/>
                <w:lang w:eastAsia="ko-KR"/>
              </w:rPr>
            </w:pPr>
            <w:r>
              <w:rPr>
                <w:rFonts w:cs="맑은 고딕"/>
                <w:color w:val="000000"/>
                <w:sz w:val="16"/>
                <w:lang w:eastAsia="ko-KR"/>
              </w:rPr>
              <w:t>후원금</w:t>
            </w:r>
            <w:r>
              <w:rPr>
                <w:rFonts w:cs="맑은 고딕" w:hint="eastAsia"/>
                <w:color w:val="000000"/>
                <w:sz w:val="16"/>
                <w:lang w:eastAsia="ko-KR"/>
              </w:rPr>
              <w:t>은 기부금영수증 발급 가능</w:t>
            </w:r>
          </w:p>
        </w:tc>
      </w:tr>
      <w:tr w:rsidR="003F355C" w14:paraId="2DF61B76" w14:textId="77777777" w:rsidTr="003F355C">
        <w:trPr>
          <w:trHeight w:val="20"/>
          <w:jc w:val="center"/>
        </w:trPr>
        <w:tc>
          <w:tcPr>
            <w:tcW w:w="15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DF267B" w14:textId="77777777" w:rsidR="003F355C" w:rsidRDefault="003F355C">
            <w:pPr>
              <w:spacing w:after="0" w:line="252" w:lineRule="auto"/>
              <w:jc w:val="center"/>
            </w:pPr>
            <w:proofErr w:type="spellStart"/>
            <w:r>
              <w:rPr>
                <w:sz w:val="17"/>
              </w:rPr>
              <w:t>단체회원</w:t>
            </w:r>
            <w:proofErr w:type="spellEnd"/>
          </w:p>
        </w:tc>
        <w:tc>
          <w:tcPr>
            <w:tcW w:w="15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D43133" w14:textId="77777777" w:rsidR="003F355C" w:rsidRDefault="003F355C">
            <w:pPr>
              <w:spacing w:after="0" w:line="252" w:lineRule="auto"/>
              <w:jc w:val="center"/>
            </w:pPr>
            <w:r>
              <w:rPr>
                <w:sz w:val="17"/>
              </w:rPr>
              <w:t>단체회원</w:t>
            </w:r>
          </w:p>
        </w:tc>
        <w:tc>
          <w:tcPr>
            <w:tcW w:w="2257" w:type="dxa"/>
            <w:vMerge/>
            <w:tcBorders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70364F" w14:textId="03E6EDBC" w:rsidR="003F355C" w:rsidRDefault="003F355C">
            <w:pPr>
              <w:spacing w:after="0" w:line="252" w:lineRule="auto"/>
              <w:jc w:val="center"/>
            </w:pPr>
          </w:p>
        </w:tc>
        <w:tc>
          <w:tcPr>
            <w:tcW w:w="2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E06B2A" w14:textId="55F84F34" w:rsidR="003F355C" w:rsidRDefault="003F355C">
            <w:pPr>
              <w:spacing w:after="0" w:line="252" w:lineRule="auto"/>
              <w:jc w:val="center"/>
            </w:pPr>
            <w:r>
              <w:rPr>
                <w:rFonts w:cs="맑은 고딕"/>
                <w:color w:val="000000"/>
                <w:sz w:val="16"/>
                <w:lang w:eastAsia="ko-KR"/>
              </w:rPr>
              <w:t>2,000,000원 이상</w:t>
            </w:r>
            <w:r>
              <w:rPr>
                <w:lang w:eastAsia="ko-KR"/>
              </w:rPr>
              <w:br/>
            </w:r>
            <w:r>
              <w:rPr>
                <w:rFonts w:cs="맑은 고딕"/>
                <w:color w:val="000000"/>
                <w:sz w:val="16"/>
                <w:lang w:eastAsia="ko-KR"/>
              </w:rPr>
              <w:t>납부 자율</w:t>
            </w:r>
          </w:p>
        </w:tc>
        <w:tc>
          <w:tcPr>
            <w:tcW w:w="2258" w:type="dxa"/>
            <w:vMerge/>
            <w:tcBorders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7BE466" w14:textId="47DECF60" w:rsidR="003F355C" w:rsidRDefault="003F355C">
            <w:pPr>
              <w:spacing w:after="0" w:line="252" w:lineRule="auto"/>
              <w:jc w:val="center"/>
              <w:rPr>
                <w:lang w:eastAsia="ko-KR"/>
              </w:rPr>
            </w:pPr>
          </w:p>
        </w:tc>
      </w:tr>
      <w:tr w:rsidR="0004365E" w14:paraId="61F97FFB" w14:textId="77777777" w:rsidTr="003F355C">
        <w:trPr>
          <w:trHeight w:val="25"/>
          <w:jc w:val="center"/>
        </w:trPr>
        <w:tc>
          <w:tcPr>
            <w:tcW w:w="15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8841C0" w14:textId="77777777" w:rsidR="00D55FDB" w:rsidRDefault="00587BA1">
            <w:pPr>
              <w:spacing w:after="0" w:line="252" w:lineRule="auto"/>
              <w:jc w:val="center"/>
            </w:pPr>
            <w:proofErr w:type="spellStart"/>
            <w:r>
              <w:rPr>
                <w:sz w:val="17"/>
              </w:rPr>
              <w:t>학생회원</w:t>
            </w:r>
            <w:proofErr w:type="spellEnd"/>
          </w:p>
        </w:tc>
        <w:tc>
          <w:tcPr>
            <w:tcW w:w="15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4F5251" w14:textId="77777777" w:rsidR="00D55FDB" w:rsidRDefault="00587BA1">
            <w:pPr>
              <w:spacing w:after="0" w:line="252" w:lineRule="auto"/>
              <w:jc w:val="center"/>
            </w:pPr>
            <w:r>
              <w:rPr>
                <w:sz w:val="17"/>
              </w:rPr>
              <w:t>학생회원</w:t>
            </w:r>
          </w:p>
        </w:tc>
        <w:tc>
          <w:tcPr>
            <w:tcW w:w="2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15D905" w14:textId="77777777" w:rsidR="00D55FDB" w:rsidRDefault="00587BA1">
            <w:pPr>
              <w:spacing w:after="0" w:line="252" w:lineRule="auto"/>
              <w:jc w:val="center"/>
            </w:pPr>
            <w:r>
              <w:rPr>
                <w:sz w:val="17"/>
              </w:rPr>
              <w:t>면제</w:t>
            </w:r>
          </w:p>
        </w:tc>
        <w:tc>
          <w:tcPr>
            <w:tcW w:w="2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338EBB" w14:textId="4FD042D4" w:rsidR="00D55FDB" w:rsidRDefault="003F355C">
            <w:pPr>
              <w:spacing w:after="0" w:line="252" w:lineRule="auto"/>
              <w:jc w:val="center"/>
            </w:pPr>
            <w:proofErr w:type="spellStart"/>
            <w:r>
              <w:rPr>
                <w:rFonts w:hint="eastAsia"/>
                <w:sz w:val="17"/>
                <w:lang w:eastAsia="ko-KR"/>
              </w:rPr>
              <w:t>해당없음</w:t>
            </w:r>
            <w:proofErr w:type="spellEnd"/>
          </w:p>
        </w:tc>
        <w:tc>
          <w:tcPr>
            <w:tcW w:w="2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F73D5B" w14:textId="77777777" w:rsidR="00D55FDB" w:rsidRDefault="00587BA1">
            <w:pPr>
              <w:spacing w:after="0" w:line="252" w:lineRule="auto"/>
              <w:jc w:val="center"/>
            </w:pPr>
            <w:r>
              <w:rPr>
                <w:sz w:val="17"/>
              </w:rPr>
              <w:t>해당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없음</w:t>
            </w:r>
          </w:p>
        </w:tc>
      </w:tr>
    </w:tbl>
    <w:p w14:paraId="3BAFBBAB" w14:textId="77777777" w:rsidR="0004365E" w:rsidRPr="006F0465" w:rsidRDefault="006F0465" w:rsidP="003F355C">
      <w:pPr>
        <w:spacing w:line="200" w:lineRule="exact"/>
        <w:ind w:firstLineChars="100" w:firstLine="160"/>
        <w:rPr>
          <w:sz w:val="16"/>
          <w:szCs w:val="16"/>
          <w:lang w:eastAsia="ko-KR"/>
        </w:rPr>
      </w:pPr>
      <w:r w:rsidRPr="006F0465">
        <w:rPr>
          <w:sz w:val="16"/>
          <w:szCs w:val="16"/>
          <w:lang w:eastAsia="ko-KR"/>
        </w:rPr>
        <w:t xml:space="preserve">※ </w:t>
      </w:r>
      <w:r w:rsidR="00774F73" w:rsidRPr="006F0465">
        <w:rPr>
          <w:sz w:val="16"/>
          <w:szCs w:val="16"/>
          <w:lang w:eastAsia="ko-KR"/>
        </w:rPr>
        <w:t>납부계좌</w:t>
      </w:r>
      <w:r w:rsidRPr="006F0465">
        <w:rPr>
          <w:rFonts w:hint="eastAsia"/>
          <w:sz w:val="16"/>
          <w:szCs w:val="16"/>
          <w:lang w:eastAsia="ko-KR"/>
        </w:rPr>
        <w:t>:</w:t>
      </w:r>
      <w:r w:rsidR="00774F73" w:rsidRPr="006F0465">
        <w:rPr>
          <w:sz w:val="16"/>
          <w:szCs w:val="16"/>
          <w:lang w:eastAsia="ko-KR"/>
        </w:rPr>
        <w:t xml:space="preserve"> 신한은행 100-032-958267 예금주 (사)</w:t>
      </w:r>
      <w:proofErr w:type="spellStart"/>
      <w:r w:rsidR="00774F73" w:rsidRPr="006F0465">
        <w:rPr>
          <w:sz w:val="16"/>
          <w:szCs w:val="16"/>
          <w:lang w:eastAsia="ko-KR"/>
        </w:rPr>
        <w:t>글로벌민자사업진흥회</w:t>
      </w:r>
      <w:proofErr w:type="spellEnd"/>
    </w:p>
    <w:p w14:paraId="5FBF66C9" w14:textId="63C12814" w:rsidR="0004365E" w:rsidRDefault="00774F73" w:rsidP="003F355C">
      <w:pPr>
        <w:spacing w:line="200" w:lineRule="exact"/>
        <w:ind w:leftChars="100" w:left="370" w:hangingChars="100" w:hanging="170"/>
        <w:jc w:val="both"/>
        <w:rPr>
          <w:sz w:val="16"/>
          <w:szCs w:val="16"/>
          <w:lang w:eastAsia="ko-KR"/>
        </w:rPr>
      </w:pPr>
      <w:r>
        <w:rPr>
          <w:sz w:val="17"/>
          <w:lang w:eastAsia="ko-KR"/>
        </w:rPr>
        <w:t>※ 평생회원은 정관상 정회원인 개인이 회비와 별도로 1회 100만 원 이상을 후원한 경우, 기업회원은 정관상 단체회원이 회비와 별도로 1회 200만 원 이상을 후원한 경우 부여할 수 있는 예우명칭</w:t>
      </w:r>
      <w:r w:rsidR="003F355C">
        <w:rPr>
          <w:rFonts w:hint="eastAsia"/>
          <w:sz w:val="17"/>
          <w:lang w:eastAsia="ko-KR"/>
        </w:rPr>
        <w:t xml:space="preserve">으로 </w:t>
      </w:r>
      <w:r>
        <w:rPr>
          <w:sz w:val="17"/>
          <w:lang w:eastAsia="ko-KR"/>
        </w:rPr>
        <w:t>후원은 별도의 후원금 약정서로 신청하며 회원자격</w:t>
      </w:r>
      <w:r w:rsidR="003F355C">
        <w:rPr>
          <w:rFonts w:hint="eastAsia"/>
          <w:sz w:val="17"/>
          <w:lang w:eastAsia="ko-KR"/>
        </w:rPr>
        <w:t xml:space="preserve">, </w:t>
      </w:r>
      <w:r>
        <w:rPr>
          <w:sz w:val="17"/>
          <w:lang w:eastAsia="ko-KR"/>
        </w:rPr>
        <w:t xml:space="preserve">회원의 권리 및 회비와 </w:t>
      </w:r>
      <w:r w:rsidR="003F355C">
        <w:rPr>
          <w:rFonts w:hint="eastAsia"/>
          <w:sz w:val="17"/>
          <w:lang w:eastAsia="ko-KR"/>
        </w:rPr>
        <w:t>구분됨</w:t>
      </w:r>
    </w:p>
    <w:p w14:paraId="4CD71ACA" w14:textId="77777777" w:rsidR="009D3E05" w:rsidRPr="006F0465" w:rsidRDefault="009D3E05" w:rsidP="001B7686">
      <w:pPr>
        <w:spacing w:line="200" w:lineRule="exact"/>
        <w:ind w:firstLineChars="100" w:firstLine="160"/>
        <w:jc w:val="both"/>
        <w:rPr>
          <w:sz w:val="16"/>
          <w:szCs w:val="16"/>
          <w:lang w:eastAsia="ko-KR"/>
        </w:rPr>
      </w:pPr>
    </w:p>
    <w:p w14:paraId="732B9531" w14:textId="77777777" w:rsidR="0004365E" w:rsidRDefault="00774F73" w:rsidP="001B7686">
      <w:pPr>
        <w:pStyle w:val="1"/>
        <w:numPr>
          <w:ilvl w:val="0"/>
          <w:numId w:val="10"/>
        </w:numPr>
        <w:spacing w:line="200" w:lineRule="exact"/>
        <w:rPr>
          <w:lang w:eastAsia="ko-KR"/>
        </w:rPr>
      </w:pPr>
      <w:r>
        <w:rPr>
          <w:lang w:eastAsia="ko-KR"/>
        </w:rPr>
        <w:t>개인정보</w:t>
      </w:r>
      <w:r>
        <w:rPr>
          <w:lang w:eastAsia="ko-KR"/>
        </w:rPr>
        <w:t xml:space="preserve"> </w:t>
      </w:r>
      <w:r>
        <w:rPr>
          <w:lang w:eastAsia="ko-KR"/>
        </w:rPr>
        <w:t>수집</w:t>
      </w:r>
      <w:r>
        <w:rPr>
          <w:lang w:eastAsia="ko-KR"/>
        </w:rPr>
        <w:t xml:space="preserve"> </w:t>
      </w:r>
      <w:r>
        <w:rPr>
          <w:lang w:eastAsia="ko-KR"/>
        </w:rPr>
        <w:t>이용</w:t>
      </w:r>
      <w:r>
        <w:rPr>
          <w:lang w:eastAsia="ko-KR"/>
        </w:rPr>
        <w:t xml:space="preserve"> </w:t>
      </w:r>
      <w:r>
        <w:rPr>
          <w:lang w:eastAsia="ko-KR"/>
        </w:rPr>
        <w:t>동의</w:t>
      </w:r>
    </w:p>
    <w:p w14:paraId="6A076286" w14:textId="77777777" w:rsidR="0004365E" w:rsidRPr="009D3E05" w:rsidRDefault="00774F73" w:rsidP="001B7686">
      <w:pPr>
        <w:spacing w:line="200" w:lineRule="exact"/>
        <w:ind w:firstLineChars="50" w:firstLine="90"/>
        <w:rPr>
          <w:sz w:val="18"/>
          <w:szCs w:val="18"/>
          <w:lang w:eastAsia="ko-KR"/>
        </w:rPr>
      </w:pPr>
      <w:r w:rsidRPr="009D3E05">
        <w:rPr>
          <w:sz w:val="18"/>
          <w:szCs w:val="18"/>
          <w:lang w:eastAsia="ko-KR"/>
        </w:rPr>
        <w:t>개인정보 수집·이용에 동의하십니까?   □ 동의함   □ 동의하지 않음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2302"/>
        <w:gridCol w:w="3260"/>
        <w:gridCol w:w="3060"/>
      </w:tblGrid>
      <w:tr w:rsidR="0004365E" w14:paraId="319C265E" w14:textId="77777777" w:rsidTr="009D3E05">
        <w:trPr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5B93E9" w14:textId="77777777" w:rsidR="0004365E" w:rsidRDefault="00774F73" w:rsidP="001B7686">
            <w:pPr>
              <w:spacing w:line="200" w:lineRule="exact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구분</w:t>
            </w:r>
            <w:proofErr w:type="spellEnd"/>
          </w:p>
        </w:tc>
        <w:tc>
          <w:tcPr>
            <w:tcW w:w="23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461455" w14:textId="77777777" w:rsidR="0004365E" w:rsidRDefault="00774F73" w:rsidP="001B7686">
            <w:pPr>
              <w:spacing w:line="200" w:lineRule="exact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수집·이용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항목</w:t>
            </w:r>
            <w:proofErr w:type="spellEnd"/>
          </w:p>
        </w:tc>
        <w:tc>
          <w:tcPr>
            <w:tcW w:w="32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86CDAF" w14:textId="77777777" w:rsidR="0004365E" w:rsidRDefault="00774F73" w:rsidP="001B7686">
            <w:pPr>
              <w:spacing w:line="200" w:lineRule="exact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목적</w:t>
            </w:r>
            <w:proofErr w:type="spellEnd"/>
          </w:p>
        </w:tc>
        <w:tc>
          <w:tcPr>
            <w:tcW w:w="30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8D6D05" w14:textId="77777777" w:rsidR="0004365E" w:rsidRDefault="00774F73" w:rsidP="001B7686">
            <w:pPr>
              <w:spacing w:line="200" w:lineRule="exact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보유기간</w:t>
            </w:r>
            <w:proofErr w:type="spellEnd"/>
          </w:p>
        </w:tc>
      </w:tr>
      <w:tr w:rsidR="0004365E" w14:paraId="45396152" w14:textId="77777777" w:rsidTr="009D3E05">
        <w:trPr>
          <w:trHeight w:val="57"/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78BDE9" w14:textId="77777777" w:rsidR="0004365E" w:rsidRDefault="00774F73" w:rsidP="001B7686">
            <w:pPr>
              <w:spacing w:after="0" w:line="180" w:lineRule="exact"/>
              <w:jc w:val="center"/>
            </w:pPr>
            <w:proofErr w:type="spellStart"/>
            <w:r>
              <w:rPr>
                <w:sz w:val="17"/>
              </w:rPr>
              <w:t>필수</w:t>
            </w:r>
            <w:proofErr w:type="spellEnd"/>
          </w:p>
        </w:tc>
        <w:tc>
          <w:tcPr>
            <w:tcW w:w="23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1A84B7" w14:textId="77777777" w:rsidR="0004365E" w:rsidRDefault="00774F73" w:rsidP="001B7686">
            <w:pPr>
              <w:spacing w:after="0" w:line="180" w:lineRule="exact"/>
              <w:jc w:val="center"/>
              <w:rPr>
                <w:lang w:eastAsia="ko-KR"/>
              </w:rPr>
            </w:pPr>
            <w:r>
              <w:rPr>
                <w:sz w:val="17"/>
                <w:lang w:eastAsia="ko-KR"/>
              </w:rPr>
              <w:t>성명·</w:t>
            </w:r>
            <w:proofErr w:type="spellStart"/>
            <w:r>
              <w:rPr>
                <w:sz w:val="17"/>
                <w:lang w:eastAsia="ko-KR"/>
              </w:rPr>
              <w:t>법인명</w:t>
            </w:r>
            <w:proofErr w:type="spellEnd"/>
            <w:r>
              <w:rPr>
                <w:sz w:val="17"/>
                <w:lang w:eastAsia="ko-KR"/>
              </w:rPr>
              <w:t>, 연락처, 이메일, 회원구분</w:t>
            </w:r>
          </w:p>
        </w:tc>
        <w:tc>
          <w:tcPr>
            <w:tcW w:w="32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6217A0" w14:textId="77777777" w:rsidR="009D3E05" w:rsidRDefault="00774F73" w:rsidP="001B7686">
            <w:pPr>
              <w:spacing w:after="0" w:line="180" w:lineRule="exact"/>
              <w:jc w:val="center"/>
              <w:rPr>
                <w:sz w:val="17"/>
                <w:lang w:eastAsia="ko-KR"/>
              </w:rPr>
            </w:pPr>
            <w:r>
              <w:rPr>
                <w:sz w:val="17"/>
                <w:lang w:eastAsia="ko-KR"/>
              </w:rPr>
              <w:t xml:space="preserve">회원가입 심사, 이사회 승인, </w:t>
            </w:r>
          </w:p>
          <w:p w14:paraId="23314957" w14:textId="77777777" w:rsidR="0004365E" w:rsidRDefault="00774F73" w:rsidP="001B7686">
            <w:pPr>
              <w:spacing w:after="0" w:line="180" w:lineRule="exact"/>
              <w:jc w:val="center"/>
              <w:rPr>
                <w:lang w:eastAsia="ko-KR"/>
              </w:rPr>
            </w:pPr>
            <w:r>
              <w:rPr>
                <w:sz w:val="17"/>
                <w:lang w:eastAsia="ko-KR"/>
              </w:rPr>
              <w:t>회원명부 관리, 회비 확인 및 주요 안내</w:t>
            </w:r>
          </w:p>
        </w:tc>
        <w:tc>
          <w:tcPr>
            <w:tcW w:w="30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D75DE1" w14:textId="77777777" w:rsidR="0004365E" w:rsidRDefault="00774F73" w:rsidP="001B7686">
            <w:pPr>
              <w:spacing w:after="0" w:line="180" w:lineRule="exact"/>
              <w:jc w:val="center"/>
              <w:rPr>
                <w:lang w:eastAsia="ko-KR"/>
              </w:rPr>
            </w:pPr>
            <w:r>
              <w:rPr>
                <w:sz w:val="17"/>
                <w:lang w:eastAsia="ko-KR"/>
              </w:rPr>
              <w:t>회원 탈퇴 시까지</w:t>
            </w:r>
            <w:r>
              <w:rPr>
                <w:sz w:val="17"/>
                <w:lang w:eastAsia="ko-KR"/>
              </w:rPr>
              <w:br/>
              <w:t>법령상 의무가 있는 경우 해당 기간</w:t>
            </w:r>
          </w:p>
        </w:tc>
      </w:tr>
      <w:tr w:rsidR="0004365E" w14:paraId="4C34AE99" w14:textId="77777777" w:rsidTr="009D3E05">
        <w:trPr>
          <w:trHeight w:val="57"/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5765CC" w14:textId="77777777" w:rsidR="0004365E" w:rsidRDefault="00774F73" w:rsidP="001B7686">
            <w:pPr>
              <w:spacing w:after="0" w:line="180" w:lineRule="exact"/>
              <w:jc w:val="center"/>
            </w:pPr>
            <w:proofErr w:type="spellStart"/>
            <w:r>
              <w:rPr>
                <w:sz w:val="17"/>
              </w:rPr>
              <w:t>선택</w:t>
            </w:r>
            <w:proofErr w:type="spellEnd"/>
          </w:p>
        </w:tc>
        <w:tc>
          <w:tcPr>
            <w:tcW w:w="23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E9293D" w14:textId="62646C34" w:rsidR="009D3E05" w:rsidRDefault="00774F73" w:rsidP="001B7686">
            <w:pPr>
              <w:spacing w:after="0" w:line="180" w:lineRule="exact"/>
              <w:jc w:val="center"/>
              <w:rPr>
                <w:sz w:val="17"/>
                <w:lang w:eastAsia="ko-KR"/>
              </w:rPr>
            </w:pPr>
            <w:r>
              <w:rPr>
                <w:sz w:val="17"/>
                <w:lang w:eastAsia="ko-KR"/>
              </w:rPr>
              <w:t>소속</w:t>
            </w:r>
            <w:r w:rsidR="003F355C">
              <w:rPr>
                <w:sz w:val="17"/>
                <w:lang w:eastAsia="ko-KR"/>
              </w:rPr>
              <w:t xml:space="preserve">, </w:t>
            </w:r>
            <w:r>
              <w:rPr>
                <w:sz w:val="17"/>
                <w:lang w:eastAsia="ko-KR"/>
              </w:rPr>
              <w:t>부서</w:t>
            </w:r>
            <w:r w:rsidR="003F355C">
              <w:rPr>
                <w:sz w:val="17"/>
                <w:lang w:eastAsia="ko-KR"/>
              </w:rPr>
              <w:t xml:space="preserve">, </w:t>
            </w:r>
            <w:r>
              <w:rPr>
                <w:sz w:val="17"/>
                <w:lang w:eastAsia="ko-KR"/>
              </w:rPr>
              <w:t xml:space="preserve">직위, </w:t>
            </w:r>
          </w:p>
          <w:p w14:paraId="3FDFD2BD" w14:textId="77777777" w:rsidR="0004365E" w:rsidRDefault="00774F73" w:rsidP="001B7686">
            <w:pPr>
              <w:spacing w:after="0" w:line="180" w:lineRule="exact"/>
              <w:jc w:val="center"/>
              <w:rPr>
                <w:lang w:eastAsia="ko-KR"/>
              </w:rPr>
            </w:pPr>
            <w:r>
              <w:rPr>
                <w:sz w:val="17"/>
                <w:lang w:eastAsia="ko-KR"/>
              </w:rPr>
              <w:t>CP3P 자격, 관심분야</w:t>
            </w:r>
          </w:p>
        </w:tc>
        <w:tc>
          <w:tcPr>
            <w:tcW w:w="32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A484BD" w14:textId="77777777" w:rsidR="0004365E" w:rsidRDefault="00774F73" w:rsidP="001B7686">
            <w:pPr>
              <w:spacing w:after="0" w:line="180" w:lineRule="exact"/>
              <w:jc w:val="center"/>
              <w:rPr>
                <w:lang w:eastAsia="ko-KR"/>
              </w:rPr>
            </w:pPr>
            <w:r>
              <w:rPr>
                <w:sz w:val="17"/>
                <w:lang w:eastAsia="ko-KR"/>
              </w:rPr>
              <w:t>회원 활동 및 전문분야 정보 관리</w:t>
            </w:r>
          </w:p>
        </w:tc>
        <w:tc>
          <w:tcPr>
            <w:tcW w:w="30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85059A" w14:textId="77777777" w:rsidR="0004365E" w:rsidRDefault="00774F73" w:rsidP="001B7686">
            <w:pPr>
              <w:spacing w:after="0" w:line="180" w:lineRule="exact"/>
              <w:jc w:val="center"/>
              <w:rPr>
                <w:lang w:eastAsia="ko-KR"/>
              </w:rPr>
            </w:pPr>
            <w:r>
              <w:rPr>
                <w:sz w:val="17"/>
                <w:lang w:eastAsia="ko-KR"/>
              </w:rPr>
              <w:t>동의 철회 또는 회원 탈퇴 시까지</w:t>
            </w:r>
          </w:p>
        </w:tc>
      </w:tr>
    </w:tbl>
    <w:p w14:paraId="1C1B12A1" w14:textId="7A028E62" w:rsidR="0004365E" w:rsidRDefault="00774F73" w:rsidP="001B7686">
      <w:pPr>
        <w:spacing w:line="200" w:lineRule="exact"/>
        <w:ind w:firstLineChars="100" w:firstLine="160"/>
        <w:rPr>
          <w:rFonts w:hint="eastAsia"/>
          <w:sz w:val="16"/>
          <w:szCs w:val="16"/>
          <w:lang w:eastAsia="ko-KR"/>
        </w:rPr>
      </w:pPr>
      <w:r w:rsidRPr="009D3E05">
        <w:rPr>
          <w:sz w:val="16"/>
          <w:szCs w:val="16"/>
          <w:lang w:eastAsia="ko-KR"/>
        </w:rPr>
        <w:t>※ 필수항목 동의를 거부하면 회원가입 접수와 심사가 제한될 수 있으며</w:t>
      </w:r>
      <w:r w:rsidR="009D3E05">
        <w:rPr>
          <w:rFonts w:hint="eastAsia"/>
          <w:sz w:val="16"/>
          <w:szCs w:val="16"/>
          <w:lang w:eastAsia="ko-KR"/>
        </w:rPr>
        <w:t xml:space="preserve"> </w:t>
      </w:r>
      <w:r w:rsidRPr="009D3E05">
        <w:rPr>
          <w:sz w:val="16"/>
          <w:szCs w:val="16"/>
          <w:lang w:eastAsia="ko-KR"/>
        </w:rPr>
        <w:t>선택항목은 동의하지 않아도 회원가입을 신청할 수 있</w:t>
      </w:r>
      <w:r w:rsidR="003F355C">
        <w:rPr>
          <w:rFonts w:hint="eastAsia"/>
          <w:sz w:val="16"/>
          <w:szCs w:val="16"/>
          <w:lang w:eastAsia="ko-KR"/>
        </w:rPr>
        <w:t>음</w:t>
      </w:r>
    </w:p>
    <w:p w14:paraId="55A6654E" w14:textId="77777777" w:rsidR="009D3E05" w:rsidRPr="009D3E05" w:rsidRDefault="009D3E05" w:rsidP="001B7686">
      <w:pPr>
        <w:spacing w:line="200" w:lineRule="exact"/>
        <w:ind w:firstLineChars="100" w:firstLine="160"/>
        <w:rPr>
          <w:sz w:val="16"/>
          <w:szCs w:val="16"/>
          <w:lang w:eastAsia="ko-KR"/>
        </w:rPr>
      </w:pPr>
    </w:p>
    <w:p w14:paraId="6B8951BA" w14:textId="77777777" w:rsidR="0004365E" w:rsidRPr="001B7686" w:rsidRDefault="00774F73" w:rsidP="001B7686">
      <w:pPr>
        <w:spacing w:line="200" w:lineRule="exact"/>
        <w:jc w:val="center"/>
        <w:rPr>
          <w:lang w:eastAsia="ko-KR"/>
        </w:rPr>
      </w:pPr>
      <w:r>
        <w:rPr>
          <w:lang w:eastAsia="ko-KR"/>
        </w:rPr>
        <w:t xml:space="preserve">본인은 사단법인 </w:t>
      </w:r>
      <w:proofErr w:type="spellStart"/>
      <w:r>
        <w:rPr>
          <w:lang w:eastAsia="ko-KR"/>
        </w:rPr>
        <w:t>글로벌민자사업진흥회의</w:t>
      </w:r>
      <w:proofErr w:type="spellEnd"/>
      <w:r>
        <w:rPr>
          <w:lang w:eastAsia="ko-KR"/>
        </w:rPr>
        <w:t xml:space="preserve"> 정관 및 제 규정을 준수하며 회원으로 가입하고자 신청합니다.</w:t>
      </w:r>
    </w:p>
    <w:p w14:paraId="0E113819" w14:textId="77777777" w:rsidR="0004365E" w:rsidRDefault="00774F73" w:rsidP="001B7686">
      <w:pPr>
        <w:spacing w:line="200" w:lineRule="exact"/>
        <w:jc w:val="center"/>
        <w:rPr>
          <w:lang w:eastAsia="ko-KR"/>
        </w:rPr>
      </w:pPr>
      <w:r>
        <w:rPr>
          <w:lang w:eastAsia="ko-KR"/>
        </w:rPr>
        <w:t>20     년     월     일</w:t>
      </w:r>
    </w:p>
    <w:p w14:paraId="7F3DC4E5" w14:textId="19D76E96" w:rsidR="0004365E" w:rsidRPr="003F355C" w:rsidRDefault="0004365E" w:rsidP="001B7686">
      <w:pPr>
        <w:spacing w:after="0" w:line="200" w:lineRule="exact"/>
        <w:rPr>
          <w:b/>
          <w:bCs/>
          <w:sz w:val="22"/>
        </w:rPr>
      </w:pPr>
    </w:p>
    <w:p w14:paraId="78BA27F0" w14:textId="7360CCC3" w:rsidR="003F355C" w:rsidRPr="003F355C" w:rsidRDefault="003F355C" w:rsidP="003F355C">
      <w:pPr>
        <w:spacing w:after="0" w:line="280" w:lineRule="exact"/>
        <w:jc w:val="right"/>
        <w:rPr>
          <w:b/>
          <w:bCs/>
          <w:sz w:val="22"/>
          <w:lang w:eastAsia="ko-KR"/>
        </w:rPr>
      </w:pPr>
      <w:bookmarkStart w:id="0" w:name="_Hlk244009173"/>
      <w:r w:rsidRPr="003F355C">
        <w:rPr>
          <w:rFonts w:hint="eastAsia"/>
          <w:b/>
          <w:bCs/>
          <w:sz w:val="22"/>
          <w:lang w:eastAsia="ko-KR"/>
        </w:rPr>
        <w:t>신청인</w:t>
      </w:r>
      <w:r w:rsidRPr="003F355C">
        <w:rPr>
          <w:b/>
          <w:bCs/>
          <w:sz w:val="22"/>
          <w:lang w:eastAsia="ko-KR"/>
        </w:rPr>
        <w:t>(</w:t>
      </w:r>
      <w:proofErr w:type="spellStart"/>
      <w:r w:rsidRPr="003F355C">
        <w:rPr>
          <w:rFonts w:hint="eastAsia"/>
          <w:b/>
          <w:bCs/>
          <w:sz w:val="22"/>
          <w:lang w:eastAsia="ko-KR"/>
        </w:rPr>
        <w:t>법인명</w:t>
      </w:r>
      <w:proofErr w:type="spellEnd"/>
      <w:r w:rsidRPr="003F355C">
        <w:rPr>
          <w:rFonts w:hint="eastAsia"/>
          <w:b/>
          <w:bCs/>
          <w:sz w:val="22"/>
          <w:lang w:eastAsia="ko-KR"/>
        </w:rPr>
        <w:t>)</w:t>
      </w:r>
      <w:r w:rsidRPr="003F355C">
        <w:rPr>
          <w:b/>
          <w:bCs/>
          <w:sz w:val="22"/>
          <w:lang w:eastAsia="ko-KR"/>
        </w:rPr>
        <w:t>:                   (</w:t>
      </w:r>
      <w:r w:rsidRPr="003F355C">
        <w:rPr>
          <w:rFonts w:hint="eastAsia"/>
          <w:b/>
          <w:bCs/>
          <w:sz w:val="22"/>
          <w:lang w:eastAsia="ko-KR"/>
        </w:rPr>
        <w:t>서명 또는 인)</w:t>
      </w:r>
      <w:bookmarkEnd w:id="0"/>
    </w:p>
    <w:p w14:paraId="0F24CEE0" w14:textId="77777777" w:rsidR="003F355C" w:rsidRDefault="003F355C" w:rsidP="003F355C">
      <w:pPr>
        <w:spacing w:after="0" w:line="280" w:lineRule="exact"/>
        <w:ind w:right="400"/>
        <w:rPr>
          <w:rFonts w:hint="eastAsia"/>
          <w:lang w:eastAsia="ko-KR"/>
        </w:rPr>
      </w:pPr>
    </w:p>
    <w:p w14:paraId="7FB7738F" w14:textId="77777777" w:rsidR="0004365E" w:rsidRPr="003F355C" w:rsidRDefault="00774F73" w:rsidP="003F355C">
      <w:pPr>
        <w:spacing w:line="280" w:lineRule="exact"/>
        <w:jc w:val="right"/>
        <w:rPr>
          <w:sz w:val="24"/>
          <w:szCs w:val="24"/>
          <w:lang w:eastAsia="ko-KR"/>
        </w:rPr>
      </w:pPr>
      <w:r w:rsidRPr="003F355C">
        <w:rPr>
          <w:b/>
          <w:sz w:val="24"/>
          <w:szCs w:val="24"/>
          <w:lang w:eastAsia="ko-KR"/>
        </w:rPr>
        <w:t xml:space="preserve">사단법인 </w:t>
      </w:r>
      <w:proofErr w:type="spellStart"/>
      <w:r w:rsidRPr="003F355C">
        <w:rPr>
          <w:b/>
          <w:sz w:val="24"/>
          <w:szCs w:val="24"/>
          <w:lang w:eastAsia="ko-KR"/>
        </w:rPr>
        <w:t>글로벌민자사업진흥회</w:t>
      </w:r>
      <w:proofErr w:type="spellEnd"/>
      <w:r w:rsidRPr="003F355C">
        <w:rPr>
          <w:b/>
          <w:sz w:val="24"/>
          <w:szCs w:val="24"/>
          <w:lang w:eastAsia="ko-KR"/>
        </w:rPr>
        <w:t xml:space="preserve"> 회장 귀하</w:t>
      </w:r>
    </w:p>
    <w:sectPr w:rsidR="0004365E" w:rsidRPr="003F355C" w:rsidSect="00034616">
      <w:headerReference w:type="default" r:id="rId8"/>
      <w:footerReference w:type="default" r:id="rId11"/>
      <w:footerReference w:type="first" r:id="rId12"/>
      <w:headerReference w:type="first" r:id="rId13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0E17B" w14:textId="77777777" w:rsidR="00587BA1" w:rsidRDefault="00587BA1" w:rsidP="006F0465">
      <w:pPr>
        <w:spacing w:after="0" w:line="240" w:lineRule="auto"/>
      </w:pPr>
      <w:r>
        <w:separator/>
      </w:r>
    </w:p>
  </w:endnote>
  <w:endnote w:type="continuationSeparator" w:id="0">
    <w:p w14:paraId="19C0339F" w14:textId="77777777" w:rsidR="00587BA1" w:rsidRDefault="00587BA1" w:rsidP="006F0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30E39" w14:textId="77777777" w:rsidR="00587BA1" w:rsidRDefault="00587BA1" w:rsidP="006F0465">
      <w:pPr>
        <w:spacing w:after="0" w:line="240" w:lineRule="auto"/>
      </w:pPr>
      <w:r>
        <w:separator/>
      </w:r>
    </w:p>
  </w:footnote>
  <w:footnote w:type="continuationSeparator" w:id="0">
    <w:p w14:paraId="0FC006A0" w14:textId="77777777" w:rsidR="00587BA1" w:rsidRDefault="00587BA1" w:rsidP="006F0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9E891" w14:textId="77777777" w:rsidR="006F0465" w:rsidRDefault="006F0465">
    <w:pPr>
      <w:pStyle w:val="a5"/>
    </w:pPr>
  </w:p>
  <w:p w14:paraId="23FBD313" w14:textId="77777777" w:rsidR="006F0465" w:rsidRDefault="006F0465">
    <w:pPr>
      <w:pStyle w:val="a5"/>
    </w:pPr>
    <w:r>
      <w:rPr>
        <w:noProof/>
      </w:rPr>
      <w:drawing>
        <wp:inline distT="0" distB="0" distL="0" distR="0" wp14:anchorId="1F9C30A2" wp14:editId="460271F8">
          <wp:extent cx="1800000" cy="360000"/>
          <wp:effectExtent l="0" t="0" r="0" b="2540"/>
          <wp:docPr id="2" name="그림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61" t="21609" r="6138" b="24370"/>
                  <a:stretch/>
                </pic:blipFill>
                <pic:spPr bwMode="auto">
                  <a:xfrm>
                    <a:off x="0" y="0"/>
                    <a:ext cx="180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5A92D4A"/>
    <w:multiLevelType w:val="hybridMultilevel"/>
    <w:tmpl w:val="F5B01F5E"/>
    <w:lvl w:ilvl="0" w:tplc="ED2C36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65E"/>
    <w:rsid w:val="0006063C"/>
    <w:rsid w:val="0015074B"/>
    <w:rsid w:val="001B7686"/>
    <w:rsid w:val="0029639D"/>
    <w:rsid w:val="00326F90"/>
    <w:rsid w:val="003F355C"/>
    <w:rsid w:val="003F44C8"/>
    <w:rsid w:val="00587BA1"/>
    <w:rsid w:val="006B623C"/>
    <w:rsid w:val="006F0465"/>
    <w:rsid w:val="00774F73"/>
    <w:rsid w:val="00797D4F"/>
    <w:rsid w:val="009D3E05"/>
    <w:rsid w:val="00AA1D8D"/>
    <w:rsid w:val="00B47730"/>
    <w:rsid w:val="00CB0664"/>
    <w:rsid w:val="00D55FDB"/>
    <w:rsid w:val="00DF42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F43DAC"/>
  <w14:defaultImageDpi w14:val="300"/>
  <w15:docId w15:val="{C6447BB5-EA11-434A-B53B-9025A9223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300" w:lineRule="auto"/>
    </w:pPr>
    <w:rPr>
      <w:rFonts w:ascii="맑은 고딕" w:eastAsia="맑은 고딕" w:hAnsi="맑은 고딕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2026-10-27T07:00:00Z</dcterms:created>
  <dcterms:modified xsi:type="dcterms:W3CDTF">2026-10-27T07:00:00Z</dcterms:modified>
  <cp:category/>
</cp:coreProperties>
</file>