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D6F3D" w14:textId="77777777" w:rsidR="00B523EC" w:rsidRDefault="000A03D5">
      <w:pPr>
        <w:pStyle w:val="a8"/>
        <w:spacing w:after="140"/>
        <w:jc w:val="center"/>
        <w:rPr>
          <w:lang w:eastAsia="ko-KR"/>
        </w:rPr>
      </w:pPr>
      <w:r>
        <w:rPr>
          <w:lang w:eastAsia="ko-KR"/>
        </w:rPr>
        <w:t>후원금</w:t>
      </w:r>
      <w:r>
        <w:rPr>
          <w:lang w:eastAsia="ko-KR"/>
        </w:rPr>
        <w:t xml:space="preserve"> </w:t>
      </w:r>
      <w:r>
        <w:rPr>
          <w:lang w:eastAsia="ko-KR"/>
        </w:rPr>
        <w:t>약정서</w:t>
      </w:r>
    </w:p>
    <w:p w14:paraId="14E11A74" w14:textId="77777777" w:rsidR="00B523EC" w:rsidRDefault="000A03D5" w:rsidP="00DC5FC9">
      <w:pPr>
        <w:pStyle w:val="1"/>
        <w:spacing w:before="140" w:after="60" w:line="240" w:lineRule="auto"/>
        <w:jc w:val="both"/>
        <w:rPr>
          <w:lang w:eastAsia="ko-KR"/>
        </w:rPr>
      </w:pPr>
      <w:r>
        <w:rPr>
          <w:lang w:eastAsia="ko-KR"/>
        </w:rPr>
        <w:t xml:space="preserve">1 </w:t>
      </w:r>
      <w:r>
        <w:rPr>
          <w:lang w:eastAsia="ko-KR"/>
        </w:rPr>
        <w:t>후원자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948"/>
        <w:gridCol w:w="1587"/>
        <w:gridCol w:w="3707"/>
      </w:tblGrid>
      <w:tr w:rsidR="00656729" w14:paraId="54A1AE1D" w14:textId="77777777" w:rsidTr="00656729">
        <w:trPr>
          <w:trHeight w:val="400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1AC09CD3" w14:textId="77777777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b/>
                <w:sz w:val="17"/>
                <w:szCs w:val="16"/>
              </w:rPr>
              <w:t>구분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A4D0578" w14:textId="55C67076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071584">
              <w:rPr>
                <w:b/>
                <w:sz w:val="17"/>
                <w:szCs w:val="16"/>
              </w:rPr>
              <w:t xml:space="preserve">□ </w:t>
            </w:r>
            <w:proofErr w:type="spellStart"/>
            <w:r w:rsidRPr="00071584">
              <w:rPr>
                <w:b/>
                <w:sz w:val="17"/>
                <w:szCs w:val="16"/>
              </w:rPr>
              <w:t>개인</w:t>
            </w:r>
            <w:proofErr w:type="spellEnd"/>
            <w:r w:rsidRPr="00071584">
              <w:rPr>
                <w:b/>
                <w:sz w:val="17"/>
                <w:szCs w:val="16"/>
              </w:rPr>
              <w:t xml:space="preserve">    </w:t>
            </w:r>
            <w:r>
              <w:rPr>
                <w:b/>
                <w:sz w:val="17"/>
                <w:szCs w:val="16"/>
              </w:rPr>
              <w:t xml:space="preserve">  </w:t>
            </w:r>
            <w:r w:rsidRPr="00071584">
              <w:rPr>
                <w:b/>
                <w:sz w:val="17"/>
                <w:szCs w:val="16"/>
              </w:rPr>
              <w:t xml:space="preserve">□ </w:t>
            </w:r>
            <w:proofErr w:type="spellStart"/>
            <w:r w:rsidRPr="00071584">
              <w:rPr>
                <w:b/>
                <w:sz w:val="17"/>
                <w:szCs w:val="16"/>
              </w:rPr>
              <w:t>법인·단체</w:t>
            </w:r>
            <w:proofErr w:type="spellEnd"/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27D7BCFD" w14:textId="18859F7F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sz w:val="17"/>
                <w:szCs w:val="16"/>
              </w:rPr>
              <w:t>기부금영수증</w:t>
            </w:r>
            <w:proofErr w:type="spellEnd"/>
          </w:p>
        </w:tc>
        <w:tc>
          <w:tcPr>
            <w:tcW w:w="37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1A79FB12" w14:textId="59448AE6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r w:rsidRPr="00071584">
              <w:rPr>
                <w:sz w:val="17"/>
                <w:szCs w:val="16"/>
              </w:rPr>
              <w:t xml:space="preserve">□ </w:t>
            </w:r>
            <w:proofErr w:type="spellStart"/>
            <w:r w:rsidRPr="00071584">
              <w:rPr>
                <w:sz w:val="17"/>
                <w:szCs w:val="16"/>
              </w:rPr>
              <w:t>발급</w:t>
            </w:r>
            <w:proofErr w:type="spellEnd"/>
            <w:r w:rsidRPr="00071584">
              <w:rPr>
                <w:sz w:val="17"/>
                <w:szCs w:val="16"/>
              </w:rPr>
              <w:t xml:space="preserve"> </w:t>
            </w:r>
            <w:proofErr w:type="spellStart"/>
            <w:r w:rsidRPr="00071584">
              <w:rPr>
                <w:sz w:val="17"/>
                <w:szCs w:val="16"/>
              </w:rPr>
              <w:t>요청</w:t>
            </w:r>
            <w:proofErr w:type="spellEnd"/>
            <w:r w:rsidRPr="00071584">
              <w:rPr>
                <w:sz w:val="17"/>
                <w:szCs w:val="16"/>
              </w:rPr>
              <w:t xml:space="preserve">       □ </w:t>
            </w:r>
            <w:proofErr w:type="spellStart"/>
            <w:r w:rsidRPr="00071584">
              <w:rPr>
                <w:sz w:val="17"/>
                <w:szCs w:val="16"/>
              </w:rPr>
              <w:t>미요청</w:t>
            </w:r>
            <w:proofErr w:type="spellEnd"/>
          </w:p>
        </w:tc>
      </w:tr>
      <w:tr w:rsidR="00656729" w14:paraId="6AEB675D" w14:textId="77777777" w:rsidTr="00656729">
        <w:trPr>
          <w:trHeight w:val="400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59A180CD" w14:textId="1AEDEC14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b/>
                <w:sz w:val="17"/>
                <w:szCs w:val="16"/>
              </w:rPr>
              <w:t>성명</w:t>
            </w:r>
            <w:proofErr w:type="spellEnd"/>
            <w:r w:rsidRPr="00071584">
              <w:rPr>
                <w:b/>
                <w:sz w:val="17"/>
                <w:szCs w:val="16"/>
              </w:rPr>
              <w:t xml:space="preserve"> </w:t>
            </w:r>
            <w:proofErr w:type="spellStart"/>
            <w:r w:rsidRPr="00071584">
              <w:rPr>
                <w:b/>
                <w:sz w:val="17"/>
                <w:szCs w:val="16"/>
              </w:rPr>
              <w:t>또는</w:t>
            </w:r>
            <w:proofErr w:type="spellEnd"/>
            <w:r w:rsidRPr="00071584">
              <w:rPr>
                <w:b/>
                <w:sz w:val="17"/>
                <w:szCs w:val="16"/>
              </w:rPr>
              <w:t xml:space="preserve"> </w:t>
            </w:r>
            <w:proofErr w:type="spellStart"/>
            <w:r w:rsidRPr="00071584">
              <w:rPr>
                <w:b/>
                <w:sz w:val="17"/>
                <w:szCs w:val="16"/>
              </w:rPr>
              <w:t>법인명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23D71263" w14:textId="75BF04E5" w:rsidR="00656729" w:rsidRPr="00656729" w:rsidRDefault="00656729" w:rsidP="00656729">
            <w:pPr>
              <w:spacing w:after="0" w:line="20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07BD249B" w14:textId="77777777" w:rsidR="00656729" w:rsidRDefault="00656729" w:rsidP="00656729">
            <w:pPr>
              <w:spacing w:after="0" w:line="200" w:lineRule="exact"/>
              <w:jc w:val="center"/>
              <w:rPr>
                <w:sz w:val="17"/>
                <w:szCs w:val="16"/>
                <w:lang w:eastAsia="ko-KR"/>
              </w:rPr>
            </w:pPr>
            <w:r>
              <w:rPr>
                <w:rFonts w:hint="eastAsia"/>
                <w:sz w:val="17"/>
                <w:szCs w:val="16"/>
                <w:lang w:eastAsia="ko-KR"/>
              </w:rPr>
              <w:t>주민등록번호</w:t>
            </w:r>
          </w:p>
          <w:p w14:paraId="0CE9389C" w14:textId="7E31F365" w:rsidR="00656729" w:rsidRPr="00656729" w:rsidRDefault="00656729" w:rsidP="00656729">
            <w:pPr>
              <w:spacing w:after="0" w:line="200" w:lineRule="exact"/>
              <w:jc w:val="center"/>
              <w:rPr>
                <w:color w:val="000000" w:themeColor="text1"/>
                <w:sz w:val="16"/>
                <w:szCs w:val="16"/>
                <w:lang w:eastAsia="ko-KR"/>
              </w:rPr>
            </w:pPr>
            <w:r>
              <w:rPr>
                <w:rFonts w:hint="eastAsia"/>
                <w:sz w:val="17"/>
                <w:szCs w:val="16"/>
                <w:lang w:eastAsia="ko-KR"/>
              </w:rPr>
              <w:t>(</w:t>
            </w:r>
            <w:r w:rsidRPr="00071584">
              <w:rPr>
                <w:sz w:val="17"/>
                <w:szCs w:val="16"/>
                <w:lang w:eastAsia="ko-KR"/>
              </w:rPr>
              <w:t>사업자등록번호</w:t>
            </w:r>
            <w:r>
              <w:rPr>
                <w:rFonts w:hint="eastAsia"/>
                <w:sz w:val="17"/>
                <w:szCs w:val="16"/>
                <w:lang w:eastAsia="ko-KR"/>
              </w:rPr>
              <w:t>)</w:t>
            </w:r>
          </w:p>
        </w:tc>
        <w:tc>
          <w:tcPr>
            <w:tcW w:w="37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A2D6793" w14:textId="5C664F71" w:rsidR="00656729" w:rsidRPr="00656729" w:rsidRDefault="00656729" w:rsidP="00656729">
            <w:pPr>
              <w:spacing w:after="0" w:line="200" w:lineRule="exact"/>
              <w:jc w:val="center"/>
              <w:rPr>
                <w:color w:val="000000" w:themeColor="text1"/>
                <w:sz w:val="16"/>
                <w:szCs w:val="16"/>
                <w:lang w:eastAsia="ko-KR"/>
              </w:rPr>
            </w:pPr>
          </w:p>
        </w:tc>
      </w:tr>
      <w:tr w:rsidR="00656729" w14:paraId="15EDAE8A" w14:textId="77777777" w:rsidTr="00656729">
        <w:trPr>
          <w:trHeight w:val="400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3E94961" w14:textId="6202F633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proofErr w:type="spellStart"/>
            <w:r w:rsidRPr="00071584">
              <w:rPr>
                <w:sz w:val="17"/>
                <w:szCs w:val="16"/>
              </w:rPr>
              <w:t>연락처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07B0EBFA" w14:textId="373F994F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29599237" w14:textId="26ABDC71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proofErr w:type="spellStart"/>
            <w:r w:rsidRPr="00071584">
              <w:rPr>
                <w:sz w:val="17"/>
                <w:szCs w:val="16"/>
              </w:rPr>
              <w:t>이메일</w:t>
            </w:r>
            <w:proofErr w:type="spellEnd"/>
          </w:p>
        </w:tc>
        <w:tc>
          <w:tcPr>
            <w:tcW w:w="37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C4B0AE4" w14:textId="77777777" w:rsidR="00656729" w:rsidRPr="00071584" w:rsidRDefault="00656729" w:rsidP="00656729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</w:p>
        </w:tc>
      </w:tr>
    </w:tbl>
    <w:p w14:paraId="568E3773" w14:textId="77777777" w:rsidR="00656729" w:rsidRDefault="00656729" w:rsidP="00DC5FC9">
      <w:pPr>
        <w:pStyle w:val="1"/>
        <w:spacing w:before="140" w:after="60" w:line="240" w:lineRule="auto"/>
        <w:jc w:val="both"/>
      </w:pPr>
    </w:p>
    <w:p w14:paraId="2C13790E" w14:textId="13950284" w:rsidR="00B523EC" w:rsidRDefault="000A03D5" w:rsidP="00DC5FC9">
      <w:pPr>
        <w:pStyle w:val="1"/>
        <w:spacing w:before="140" w:after="60" w:line="240" w:lineRule="auto"/>
        <w:jc w:val="both"/>
      </w:pPr>
      <w:r>
        <w:t xml:space="preserve">2 </w:t>
      </w:r>
      <w:proofErr w:type="spellStart"/>
      <w:r>
        <w:t>후원</w:t>
      </w:r>
      <w:proofErr w:type="spellEnd"/>
      <w:r>
        <w:t xml:space="preserve"> </w:t>
      </w:r>
      <w:proofErr w:type="spellStart"/>
      <w:r>
        <w:t>약정</w:t>
      </w:r>
      <w:proofErr w:type="spellEnd"/>
      <w:r>
        <w:t xml:space="preserve"> </w:t>
      </w:r>
      <w:proofErr w:type="spellStart"/>
      <w: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948"/>
        <w:gridCol w:w="1587"/>
        <w:gridCol w:w="3580"/>
      </w:tblGrid>
      <w:tr w:rsidR="00DC5FC9" w14:paraId="5E10AA99" w14:textId="77777777" w:rsidTr="00656729">
        <w:trPr>
          <w:trHeight w:val="61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0217DB91" w14:textId="77777777" w:rsidR="00CE5824" w:rsidRDefault="008A69C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회원구분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84EF61B" w14:textId="687849A3" w:rsidR="00CE5824" w:rsidRDefault="008A69C0" w:rsidP="00656729">
            <w:pPr>
              <w:spacing w:after="0" w:line="252" w:lineRule="auto"/>
              <w:rPr>
                <w:lang w:eastAsia="ko-KR"/>
              </w:rPr>
            </w:pPr>
            <w:r>
              <w:rPr>
                <w:b/>
                <w:sz w:val="17"/>
                <w:lang w:eastAsia="ko-KR"/>
              </w:rPr>
              <w:t xml:space="preserve">□ 비회원  </w:t>
            </w:r>
            <w:r w:rsidR="00656729">
              <w:rPr>
                <w:b/>
                <w:sz w:val="17"/>
                <w:lang w:eastAsia="ko-KR"/>
              </w:rPr>
              <w:t xml:space="preserve">   </w:t>
            </w:r>
            <w:r>
              <w:rPr>
                <w:b/>
                <w:sz w:val="17"/>
                <w:lang w:eastAsia="ko-KR"/>
              </w:rPr>
              <w:t>□ 정회원</w:t>
            </w:r>
            <w:r>
              <w:rPr>
                <w:b/>
                <w:sz w:val="17"/>
                <w:lang w:eastAsia="ko-KR"/>
              </w:rPr>
              <w:br/>
              <w:t xml:space="preserve">□ </w:t>
            </w:r>
            <w:proofErr w:type="gramStart"/>
            <w:r>
              <w:rPr>
                <w:b/>
                <w:sz w:val="17"/>
                <w:lang w:eastAsia="ko-KR"/>
              </w:rPr>
              <w:t>단체회원  □</w:t>
            </w:r>
            <w:proofErr w:type="gramEnd"/>
            <w:r>
              <w:rPr>
                <w:b/>
                <w:sz w:val="17"/>
                <w:lang w:eastAsia="ko-KR"/>
              </w:rPr>
              <w:t xml:space="preserve"> 학생회원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38445F00" w14:textId="77777777" w:rsidR="00CE5824" w:rsidRDefault="008A69C0">
            <w:pPr>
              <w:spacing w:after="0" w:line="252" w:lineRule="auto"/>
              <w:jc w:val="center"/>
            </w:pPr>
            <w:proofErr w:type="spellStart"/>
            <w:r>
              <w:rPr>
                <w:b/>
                <w:sz w:val="17"/>
              </w:rPr>
              <w:t>후원용도</w:t>
            </w:r>
            <w:proofErr w:type="spellEnd"/>
          </w:p>
        </w:tc>
        <w:tc>
          <w:tcPr>
            <w:tcW w:w="35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31FD50C7" w14:textId="77777777" w:rsidR="00CE5824" w:rsidRDefault="008A69C0">
            <w:pPr>
              <w:spacing w:after="0" w:line="252" w:lineRule="auto"/>
              <w:rPr>
                <w:lang w:eastAsia="ko-KR"/>
              </w:rPr>
            </w:pPr>
            <w:r>
              <w:rPr>
                <w:b/>
                <w:sz w:val="17"/>
                <w:lang w:eastAsia="ko-KR"/>
              </w:rPr>
              <w:t>□ 고유목적사업 일반지원</w:t>
            </w:r>
            <w:r>
              <w:rPr>
                <w:b/>
                <w:sz w:val="17"/>
                <w:lang w:eastAsia="ko-KR"/>
              </w:rPr>
              <w:br/>
              <w:t xml:space="preserve">□ 지정후원:                </w:t>
            </w:r>
          </w:p>
        </w:tc>
      </w:tr>
      <w:tr w:rsidR="00DC5FC9" w14:paraId="10A5F061" w14:textId="77777777" w:rsidTr="00656729">
        <w:trPr>
          <w:trHeight w:val="617"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406D9449" w14:textId="77777777" w:rsidR="00CE5824" w:rsidRDefault="008A69C0">
            <w:pPr>
              <w:spacing w:after="0" w:line="252" w:lineRule="auto"/>
              <w:jc w:val="center"/>
            </w:pPr>
            <w:proofErr w:type="spellStart"/>
            <w:r>
              <w:rPr>
                <w:sz w:val="17"/>
              </w:rPr>
              <w:t>약정금액</w:t>
            </w:r>
            <w:proofErr w:type="spellEnd"/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46DE9327" w14:textId="77777777" w:rsidR="00CE5824" w:rsidRDefault="008A69C0">
            <w:pPr>
              <w:spacing w:after="0" w:line="252" w:lineRule="auto"/>
              <w:jc w:val="center"/>
            </w:pPr>
            <w:r>
              <w:rPr>
                <w:sz w:val="17"/>
              </w:rPr>
              <w:t>금                         원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3C028D1" w14:textId="77777777" w:rsidR="00CE5824" w:rsidRDefault="008A69C0">
            <w:pPr>
              <w:spacing w:after="0" w:line="252" w:lineRule="auto"/>
              <w:jc w:val="center"/>
            </w:pPr>
            <w:r>
              <w:rPr>
                <w:sz w:val="17"/>
              </w:rPr>
              <w:t>입금자명</w:t>
            </w:r>
          </w:p>
        </w:tc>
        <w:tc>
          <w:tcPr>
            <w:tcW w:w="35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5DEAB81C" w14:textId="77777777" w:rsidR="00CE5824" w:rsidRDefault="00CE5824">
            <w:pPr>
              <w:spacing w:after="0" w:line="252" w:lineRule="auto"/>
              <w:jc w:val="center"/>
            </w:pPr>
          </w:p>
        </w:tc>
      </w:tr>
    </w:tbl>
    <w:p w14:paraId="217ED468" w14:textId="60DF1923" w:rsidR="00656729" w:rsidRPr="00656729" w:rsidRDefault="00656729" w:rsidP="00656729">
      <w:pPr>
        <w:spacing w:after="0" w:line="300" w:lineRule="exact"/>
        <w:ind w:firstLineChars="100" w:firstLine="160"/>
        <w:rPr>
          <w:sz w:val="17"/>
          <w:lang w:eastAsia="ko-KR"/>
        </w:rPr>
      </w:pPr>
      <w:r w:rsidRPr="00DC5FC9">
        <w:rPr>
          <w:sz w:val="16"/>
          <w:szCs w:val="16"/>
          <w:lang w:eastAsia="ko-KR"/>
        </w:rPr>
        <w:t>※</w:t>
      </w:r>
      <w:r>
        <w:rPr>
          <w:sz w:val="16"/>
          <w:szCs w:val="16"/>
          <w:lang w:eastAsia="ko-KR"/>
        </w:rPr>
        <w:t xml:space="preserve"> </w:t>
      </w:r>
      <w:r>
        <w:rPr>
          <w:rFonts w:hint="eastAsia"/>
          <w:sz w:val="16"/>
          <w:szCs w:val="16"/>
          <w:lang w:eastAsia="ko-KR"/>
        </w:rPr>
        <w:t>예우기준 확인(사무국 기재 사항)</w:t>
      </w:r>
      <w:r>
        <w:rPr>
          <w:sz w:val="16"/>
          <w:szCs w:val="16"/>
          <w:lang w:eastAsia="ko-KR"/>
        </w:rPr>
        <w:t xml:space="preserve">   </w:t>
      </w:r>
      <w:r>
        <w:rPr>
          <w:sz w:val="17"/>
          <w:lang w:eastAsia="ko-KR"/>
        </w:rPr>
        <w:t>□ 해당 없음   □ 평생회원 기준 충족   □ 기업회원 기준 충족</w:t>
      </w:r>
    </w:p>
    <w:p w14:paraId="060B7A09" w14:textId="6161447A" w:rsidR="00DC5FC9" w:rsidRPr="00DC5FC9" w:rsidRDefault="00DC5FC9" w:rsidP="00656729">
      <w:pPr>
        <w:spacing w:after="40" w:line="300" w:lineRule="exact"/>
        <w:ind w:firstLineChars="100" w:firstLine="160"/>
        <w:rPr>
          <w:sz w:val="16"/>
          <w:szCs w:val="16"/>
          <w:lang w:eastAsia="ko-KR"/>
        </w:rPr>
      </w:pPr>
      <w:r w:rsidRPr="00DC5FC9">
        <w:rPr>
          <w:sz w:val="16"/>
          <w:szCs w:val="16"/>
          <w:lang w:eastAsia="ko-KR"/>
        </w:rPr>
        <w:t>※ 납부계좌</w:t>
      </w:r>
      <w:r w:rsidRPr="00DC5FC9">
        <w:rPr>
          <w:rFonts w:hint="eastAsia"/>
          <w:sz w:val="16"/>
          <w:szCs w:val="16"/>
          <w:lang w:eastAsia="ko-KR"/>
        </w:rPr>
        <w:t>:</w:t>
      </w:r>
      <w:r w:rsidRPr="00DC5FC9">
        <w:rPr>
          <w:sz w:val="16"/>
          <w:szCs w:val="16"/>
          <w:lang w:eastAsia="ko-KR"/>
        </w:rPr>
        <w:t xml:space="preserve"> 신한은행 100-032-958267 예금주 (사)</w:t>
      </w:r>
      <w:proofErr w:type="spellStart"/>
      <w:r w:rsidRPr="00DC5FC9">
        <w:rPr>
          <w:sz w:val="16"/>
          <w:szCs w:val="16"/>
          <w:lang w:eastAsia="ko-KR"/>
        </w:rPr>
        <w:t>글로벌민자사업진흥회</w:t>
      </w:r>
      <w:proofErr w:type="spellEnd"/>
    </w:p>
    <w:p w14:paraId="01555F59" w14:textId="23AB1973" w:rsidR="00B523EC" w:rsidRPr="00DC5FC9" w:rsidRDefault="000A03D5" w:rsidP="00656729">
      <w:pPr>
        <w:spacing w:after="40" w:line="300" w:lineRule="exact"/>
        <w:ind w:firstLineChars="100" w:firstLine="170"/>
        <w:rPr>
          <w:sz w:val="16"/>
          <w:szCs w:val="16"/>
          <w:lang w:eastAsia="ko-KR"/>
        </w:rPr>
      </w:pPr>
      <w:r>
        <w:rPr>
          <w:sz w:val="17"/>
          <w:lang w:eastAsia="ko-KR"/>
        </w:rPr>
        <w:t>※ 후원금은 회원자격의 취득·유지 또는 회비 면제의 조건이 아니며 후원 여부·시기 및 금액은 후원자의 자유로운 의사에 따</w:t>
      </w:r>
      <w:r w:rsidR="00656729">
        <w:rPr>
          <w:rFonts w:hint="eastAsia"/>
          <w:sz w:val="17"/>
          <w:lang w:eastAsia="ko-KR"/>
        </w:rPr>
        <w:t>름</w:t>
      </w:r>
    </w:p>
    <w:p w14:paraId="43379606" w14:textId="41FE669D" w:rsidR="00CE5824" w:rsidRDefault="008A69C0" w:rsidP="00656729">
      <w:pPr>
        <w:spacing w:after="40" w:line="300" w:lineRule="exact"/>
        <w:ind w:leftChars="100" w:left="360" w:hangingChars="100" w:hanging="160"/>
        <w:rPr>
          <w:lang w:eastAsia="ko-KR"/>
        </w:rPr>
      </w:pPr>
      <w:r>
        <w:rPr>
          <w:sz w:val="16"/>
          <w:lang w:eastAsia="ko-KR"/>
        </w:rPr>
        <w:t>※ 평생회원은 정관상 정회원인 개인이 회비와 별도로 1회 100만 원 이상 후원한 경우</w:t>
      </w:r>
      <w:r w:rsidR="00656729">
        <w:rPr>
          <w:sz w:val="16"/>
          <w:lang w:eastAsia="ko-KR"/>
        </w:rPr>
        <w:t>,</w:t>
      </w:r>
      <w:r>
        <w:rPr>
          <w:sz w:val="16"/>
          <w:lang w:eastAsia="ko-KR"/>
        </w:rPr>
        <w:t xml:space="preserve"> 기업회원은 정관상 단체회원이 회비와 별도로 1회 200만 원 이상 후원한 경우 부여할 수 있는 예우명칭</w:t>
      </w:r>
      <w:r w:rsidR="00656729">
        <w:rPr>
          <w:rFonts w:hint="eastAsia"/>
          <w:sz w:val="16"/>
          <w:lang w:eastAsia="ko-KR"/>
        </w:rPr>
        <w:t xml:space="preserve">으로 </w:t>
      </w:r>
      <w:r>
        <w:rPr>
          <w:sz w:val="16"/>
          <w:lang w:eastAsia="ko-KR"/>
        </w:rPr>
        <w:t>추가적인 회원 권리나 회비 면제를 발생시키지 않</w:t>
      </w:r>
      <w:r w:rsidR="00656729">
        <w:rPr>
          <w:rFonts w:hint="eastAsia"/>
          <w:sz w:val="16"/>
          <w:lang w:eastAsia="ko-KR"/>
        </w:rPr>
        <w:t>음</w:t>
      </w:r>
    </w:p>
    <w:p w14:paraId="468342F7" w14:textId="7DF176DA" w:rsidR="00CE5824" w:rsidRDefault="008A69C0" w:rsidP="00656729">
      <w:pPr>
        <w:spacing w:after="40" w:line="300" w:lineRule="exact"/>
        <w:ind w:firstLineChars="100" w:firstLine="170"/>
        <w:rPr>
          <w:sz w:val="17"/>
          <w:lang w:eastAsia="ko-KR"/>
        </w:rPr>
      </w:pPr>
      <w:r>
        <w:rPr>
          <w:sz w:val="17"/>
          <w:lang w:eastAsia="ko-KR"/>
        </w:rPr>
        <w:t>※ 회비와 후원금은 별도로 처리하며 관계 법령상 요건을 충족하는 실제 후원금에 대해서만 기부금영수증 발급</w:t>
      </w:r>
      <w:r w:rsidR="00656729">
        <w:rPr>
          <w:rFonts w:hint="eastAsia"/>
          <w:sz w:val="17"/>
          <w:lang w:eastAsia="ko-KR"/>
        </w:rPr>
        <w:t>함</w:t>
      </w:r>
    </w:p>
    <w:p w14:paraId="55A9CB12" w14:textId="77777777" w:rsidR="00656729" w:rsidRPr="00656729" w:rsidRDefault="00656729" w:rsidP="00656729">
      <w:pPr>
        <w:spacing w:after="40" w:line="240" w:lineRule="auto"/>
        <w:ind w:firstLineChars="100" w:firstLine="200"/>
        <w:rPr>
          <w:lang w:eastAsia="ko-KR"/>
        </w:rPr>
      </w:pPr>
    </w:p>
    <w:p w14:paraId="34ACDA6B" w14:textId="6DE05B69" w:rsidR="00B523EC" w:rsidRPr="00656729" w:rsidRDefault="000A03D5" w:rsidP="00DC5FC9">
      <w:pPr>
        <w:spacing w:after="40" w:line="240" w:lineRule="auto"/>
        <w:jc w:val="center"/>
        <w:rPr>
          <w:sz w:val="22"/>
          <w:lang w:eastAsia="ko-KR"/>
        </w:rPr>
      </w:pPr>
      <w:r w:rsidRPr="00656729">
        <w:rPr>
          <w:sz w:val="22"/>
          <w:lang w:eastAsia="ko-KR"/>
        </w:rPr>
        <w:t xml:space="preserve">위와 같이 사단법인 </w:t>
      </w:r>
      <w:proofErr w:type="spellStart"/>
      <w:r w:rsidRPr="00656729">
        <w:rPr>
          <w:sz w:val="22"/>
          <w:lang w:eastAsia="ko-KR"/>
        </w:rPr>
        <w:t>글로벌민자사업진흥회를</w:t>
      </w:r>
      <w:proofErr w:type="spellEnd"/>
      <w:r w:rsidRPr="00656729">
        <w:rPr>
          <w:sz w:val="22"/>
          <w:lang w:eastAsia="ko-KR"/>
        </w:rPr>
        <w:t xml:space="preserve"> 후원할 것을 약정합니다.</w:t>
      </w:r>
    </w:p>
    <w:p w14:paraId="531FBE3C" w14:textId="77777777" w:rsidR="00656729" w:rsidRDefault="00656729" w:rsidP="00DC5FC9">
      <w:pPr>
        <w:spacing w:after="40" w:line="240" w:lineRule="auto"/>
        <w:jc w:val="center"/>
        <w:rPr>
          <w:lang w:eastAsia="ko-KR"/>
        </w:rPr>
      </w:pPr>
    </w:p>
    <w:p w14:paraId="664408CB" w14:textId="77777777" w:rsidR="00B523EC" w:rsidRDefault="000A03D5" w:rsidP="00DC5FC9">
      <w:pPr>
        <w:spacing w:after="40" w:line="240" w:lineRule="auto"/>
        <w:jc w:val="center"/>
        <w:rPr>
          <w:lang w:eastAsia="ko-KR"/>
        </w:rPr>
      </w:pPr>
      <w:r>
        <w:rPr>
          <w:lang w:eastAsia="ko-KR"/>
        </w:rPr>
        <w:t>20     년     월     일</w:t>
      </w:r>
    </w:p>
    <w:p w14:paraId="16DF6792" w14:textId="5DF769F9" w:rsidR="00656729" w:rsidRPr="00A74FE0" w:rsidRDefault="00A74FE0" w:rsidP="00A74FE0">
      <w:pPr>
        <w:pStyle w:val="1"/>
        <w:spacing w:before="140" w:after="60" w:line="240" w:lineRule="auto"/>
        <w:jc w:val="right"/>
        <w:rPr>
          <w:sz w:val="22"/>
          <w:szCs w:val="22"/>
          <w:lang w:eastAsia="ko-KR"/>
        </w:rPr>
      </w:pPr>
      <w:r w:rsidRPr="00A74FE0">
        <w:rPr>
          <w:rFonts w:hint="eastAsia"/>
          <w:sz w:val="22"/>
          <w:szCs w:val="22"/>
          <w:lang w:eastAsia="ko-KR"/>
        </w:rPr>
        <w:t>신청인</w:t>
      </w:r>
      <w:r w:rsidRPr="00A74FE0">
        <w:rPr>
          <w:rFonts w:hint="eastAsia"/>
          <w:sz w:val="22"/>
          <w:szCs w:val="22"/>
          <w:lang w:eastAsia="ko-KR"/>
        </w:rPr>
        <w:t>(</w:t>
      </w:r>
      <w:proofErr w:type="spellStart"/>
      <w:r w:rsidRPr="00A74FE0">
        <w:rPr>
          <w:rFonts w:hint="eastAsia"/>
          <w:sz w:val="22"/>
          <w:szCs w:val="22"/>
          <w:lang w:eastAsia="ko-KR"/>
        </w:rPr>
        <w:t>법인명</w:t>
      </w:r>
      <w:proofErr w:type="spellEnd"/>
      <w:r w:rsidRPr="00A74FE0">
        <w:rPr>
          <w:rFonts w:hint="eastAsia"/>
          <w:sz w:val="22"/>
          <w:szCs w:val="22"/>
          <w:lang w:eastAsia="ko-KR"/>
        </w:rPr>
        <w:t>)</w:t>
      </w:r>
      <w:r w:rsidRPr="00A74FE0">
        <w:rPr>
          <w:sz w:val="22"/>
          <w:szCs w:val="22"/>
          <w:lang w:eastAsia="ko-KR"/>
        </w:rPr>
        <w:t xml:space="preserve">:               </w:t>
      </w:r>
      <w:r>
        <w:rPr>
          <w:sz w:val="22"/>
          <w:szCs w:val="22"/>
          <w:lang w:eastAsia="ko-KR"/>
        </w:rPr>
        <w:t xml:space="preserve">       </w:t>
      </w:r>
      <w:r w:rsidRPr="00A74FE0">
        <w:rPr>
          <w:sz w:val="22"/>
          <w:szCs w:val="22"/>
          <w:lang w:eastAsia="ko-KR"/>
        </w:rPr>
        <w:t xml:space="preserve">    (</w:t>
      </w:r>
      <w:r w:rsidRPr="00A74FE0">
        <w:rPr>
          <w:rFonts w:hint="eastAsia"/>
          <w:sz w:val="22"/>
          <w:szCs w:val="22"/>
          <w:lang w:eastAsia="ko-KR"/>
        </w:rPr>
        <w:t>서명</w:t>
      </w:r>
      <w:r w:rsidRPr="00A74FE0">
        <w:rPr>
          <w:rFonts w:hint="eastAsia"/>
          <w:sz w:val="22"/>
          <w:szCs w:val="22"/>
          <w:lang w:eastAsia="ko-KR"/>
        </w:rPr>
        <w:t xml:space="preserve"> </w:t>
      </w:r>
      <w:r w:rsidRPr="00A74FE0">
        <w:rPr>
          <w:rFonts w:hint="eastAsia"/>
          <w:sz w:val="22"/>
          <w:szCs w:val="22"/>
          <w:lang w:eastAsia="ko-KR"/>
        </w:rPr>
        <w:t>또는</w:t>
      </w:r>
      <w:r w:rsidRPr="00A74FE0">
        <w:rPr>
          <w:rFonts w:hint="eastAsia"/>
          <w:sz w:val="22"/>
          <w:szCs w:val="22"/>
          <w:lang w:eastAsia="ko-KR"/>
        </w:rPr>
        <w:t xml:space="preserve"> </w:t>
      </w:r>
      <w:r w:rsidRPr="00A74FE0">
        <w:rPr>
          <w:rFonts w:hint="eastAsia"/>
          <w:sz w:val="22"/>
          <w:szCs w:val="22"/>
          <w:lang w:eastAsia="ko-KR"/>
        </w:rPr>
        <w:t>인</w:t>
      </w:r>
      <w:r w:rsidRPr="00A74FE0">
        <w:rPr>
          <w:rFonts w:hint="eastAsia"/>
          <w:sz w:val="22"/>
          <w:szCs w:val="22"/>
          <w:lang w:eastAsia="ko-KR"/>
        </w:rPr>
        <w:t>)</w:t>
      </w:r>
    </w:p>
    <w:p w14:paraId="3D55C5E8" w14:textId="77777777" w:rsidR="00A74FE0" w:rsidRDefault="00A74FE0" w:rsidP="00656729">
      <w:pPr>
        <w:pStyle w:val="1"/>
        <w:spacing w:before="140" w:after="60" w:line="240" w:lineRule="auto"/>
        <w:ind w:firstLineChars="100" w:firstLine="200"/>
        <w:jc w:val="center"/>
        <w:rPr>
          <w:rFonts w:ascii="맑은 고딕" w:eastAsia="맑은 고딕" w:hAnsi="맑은 고딕"/>
          <w:sz w:val="20"/>
          <w:szCs w:val="20"/>
          <w:lang w:eastAsia="ko-KR"/>
        </w:rPr>
      </w:pPr>
    </w:p>
    <w:p w14:paraId="222DA390" w14:textId="7424A834" w:rsidR="00B523EC" w:rsidRPr="00656729" w:rsidRDefault="00656729" w:rsidP="00656729">
      <w:pPr>
        <w:pStyle w:val="1"/>
        <w:spacing w:before="140" w:after="60" w:line="240" w:lineRule="auto"/>
        <w:ind w:firstLineChars="100" w:firstLine="200"/>
        <w:jc w:val="center"/>
        <w:rPr>
          <w:rFonts w:ascii="맑은 고딕" w:eastAsia="맑은 고딕" w:hAnsi="맑은 고딕"/>
          <w:sz w:val="20"/>
          <w:szCs w:val="20"/>
          <w:lang w:eastAsia="ko-KR"/>
        </w:rPr>
      </w:pPr>
      <w:r w:rsidRPr="00656729">
        <w:rPr>
          <w:rFonts w:ascii="맑은 고딕" w:eastAsia="맑은 고딕" w:hAnsi="맑은 고딕"/>
          <w:sz w:val="20"/>
          <w:szCs w:val="20"/>
          <w:lang w:eastAsia="ko-KR"/>
        </w:rPr>
        <w:t>[</w:t>
      </w:r>
      <w:r w:rsidR="000A03D5" w:rsidRPr="00656729">
        <w:rPr>
          <w:rFonts w:ascii="맑은 고딕" w:eastAsia="맑은 고딕" w:hAnsi="맑은 고딕"/>
          <w:sz w:val="20"/>
          <w:szCs w:val="20"/>
          <w:lang w:eastAsia="ko-KR"/>
        </w:rPr>
        <w:t>개인정보 수집 이용 및 고유식별정보 처리 안내</w:t>
      </w:r>
      <w:r w:rsidRPr="00656729">
        <w:rPr>
          <w:rFonts w:ascii="맑은 고딕" w:eastAsia="맑은 고딕" w:hAnsi="맑은 고딕" w:hint="eastAsia"/>
          <w:sz w:val="20"/>
          <w:szCs w:val="20"/>
          <w:lang w:eastAsia="ko-KR"/>
        </w:rPr>
        <w:t>]</w:t>
      </w:r>
    </w:p>
    <w:p w14:paraId="4BE8A108" w14:textId="77777777" w:rsidR="00DC5FC9" w:rsidRPr="00656729" w:rsidRDefault="00DC5FC9" w:rsidP="00656729">
      <w:pPr>
        <w:spacing w:after="40" w:line="240" w:lineRule="auto"/>
        <w:ind w:firstLineChars="100" w:firstLine="200"/>
        <w:rPr>
          <w:szCs w:val="20"/>
          <w:lang w:eastAsia="ko-KR"/>
        </w:rPr>
      </w:pPr>
      <w:r w:rsidRPr="00656729">
        <w:rPr>
          <w:szCs w:val="20"/>
          <w:lang w:eastAsia="ko-KR"/>
        </w:rPr>
        <w:t>개인정보 수집·이용에 동의하십니까?   □ 동의함   □ 동의하지 않음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846"/>
        <w:gridCol w:w="2846"/>
        <w:gridCol w:w="2847"/>
      </w:tblGrid>
      <w:tr w:rsidR="00DC5FC9" w14:paraId="1691FE21" w14:textId="77777777" w:rsidTr="00071584">
        <w:trPr>
          <w:trHeight w:val="20"/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367681F4" w14:textId="77777777" w:rsidR="00DC5FC9" w:rsidRPr="00071584" w:rsidRDefault="00DC5FC9" w:rsidP="00071584">
            <w:pPr>
              <w:spacing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b/>
                <w:color w:val="FFFFFF"/>
                <w:sz w:val="17"/>
                <w:szCs w:val="16"/>
              </w:rPr>
              <w:t>구분</w:t>
            </w:r>
            <w:proofErr w:type="spellEnd"/>
          </w:p>
        </w:tc>
        <w:tc>
          <w:tcPr>
            <w:tcW w:w="28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7B644381" w14:textId="77777777" w:rsidR="00DC5FC9" w:rsidRPr="00071584" w:rsidRDefault="00DC5FC9" w:rsidP="00071584">
            <w:pPr>
              <w:spacing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b/>
                <w:color w:val="FFFFFF"/>
                <w:sz w:val="17"/>
                <w:szCs w:val="16"/>
              </w:rPr>
              <w:t>수집·이용</w:t>
            </w:r>
            <w:proofErr w:type="spellEnd"/>
            <w:r w:rsidRPr="00071584">
              <w:rPr>
                <w:b/>
                <w:color w:val="FFFFFF"/>
                <w:sz w:val="17"/>
                <w:szCs w:val="16"/>
              </w:rPr>
              <w:t xml:space="preserve"> </w:t>
            </w:r>
            <w:proofErr w:type="spellStart"/>
            <w:r w:rsidRPr="00071584">
              <w:rPr>
                <w:b/>
                <w:color w:val="FFFFFF"/>
                <w:sz w:val="17"/>
                <w:szCs w:val="16"/>
              </w:rPr>
              <w:t>항목</w:t>
            </w:r>
            <w:proofErr w:type="spellEnd"/>
          </w:p>
        </w:tc>
        <w:tc>
          <w:tcPr>
            <w:tcW w:w="28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507EB236" w14:textId="77777777" w:rsidR="00DC5FC9" w:rsidRPr="00071584" w:rsidRDefault="00DC5FC9" w:rsidP="00071584">
            <w:pPr>
              <w:spacing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b/>
                <w:color w:val="FFFFFF"/>
                <w:sz w:val="17"/>
                <w:szCs w:val="16"/>
              </w:rPr>
              <w:t>목적</w:t>
            </w:r>
            <w:proofErr w:type="spellEnd"/>
          </w:p>
        </w:tc>
        <w:tc>
          <w:tcPr>
            <w:tcW w:w="28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27878F52" w14:textId="77777777" w:rsidR="00DC5FC9" w:rsidRPr="00071584" w:rsidRDefault="00DC5FC9" w:rsidP="00071584">
            <w:pPr>
              <w:spacing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b/>
                <w:color w:val="FFFFFF"/>
                <w:sz w:val="17"/>
                <w:szCs w:val="16"/>
              </w:rPr>
              <w:t>보유기간</w:t>
            </w:r>
            <w:proofErr w:type="spellEnd"/>
          </w:p>
        </w:tc>
      </w:tr>
      <w:tr w:rsidR="00DC5FC9" w14:paraId="6F363BDD" w14:textId="77777777" w:rsidTr="00071584">
        <w:trPr>
          <w:trHeight w:val="20"/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79CEFA72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sz w:val="17"/>
                <w:szCs w:val="16"/>
              </w:rPr>
              <w:t>필수</w:t>
            </w:r>
            <w:proofErr w:type="spellEnd"/>
          </w:p>
        </w:tc>
        <w:tc>
          <w:tcPr>
            <w:tcW w:w="28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146AEC0A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>성명·</w:t>
            </w:r>
            <w:proofErr w:type="spellStart"/>
            <w:r w:rsidRPr="00071584">
              <w:rPr>
                <w:sz w:val="17"/>
                <w:szCs w:val="16"/>
                <w:lang w:eastAsia="ko-KR"/>
              </w:rPr>
              <w:t>법인명</w:t>
            </w:r>
            <w:proofErr w:type="spellEnd"/>
            <w:r w:rsidRPr="00071584">
              <w:rPr>
                <w:sz w:val="17"/>
                <w:szCs w:val="16"/>
                <w:lang w:eastAsia="ko-KR"/>
              </w:rPr>
              <w:t>, 연락처, 후원구분, 약정금액, 납부정보</w:t>
            </w:r>
          </w:p>
        </w:tc>
        <w:tc>
          <w:tcPr>
            <w:tcW w:w="28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4EE0297" w14:textId="77777777" w:rsid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 xml:space="preserve">후원 약정 접수·관리, </w:t>
            </w:r>
          </w:p>
          <w:p w14:paraId="19E63539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>입금 확인 및 연락</w:t>
            </w:r>
          </w:p>
        </w:tc>
        <w:tc>
          <w:tcPr>
            <w:tcW w:w="28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2F94816F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>목적 달성 후 파기</w:t>
            </w:r>
            <w:r w:rsidRPr="00071584">
              <w:rPr>
                <w:sz w:val="17"/>
                <w:szCs w:val="16"/>
                <w:lang w:eastAsia="ko-KR"/>
              </w:rPr>
              <w:br/>
              <w:t>법령상 의무가 있는 경우 해당 기간</w:t>
            </w:r>
          </w:p>
        </w:tc>
      </w:tr>
      <w:tr w:rsidR="00DC5FC9" w14:paraId="6FCF78AB" w14:textId="77777777" w:rsidTr="00071584">
        <w:trPr>
          <w:trHeight w:val="20"/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0EA38480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</w:rPr>
            </w:pPr>
            <w:proofErr w:type="spellStart"/>
            <w:r w:rsidRPr="00071584">
              <w:rPr>
                <w:sz w:val="17"/>
                <w:szCs w:val="16"/>
              </w:rPr>
              <w:t>조건부</w:t>
            </w:r>
            <w:proofErr w:type="spellEnd"/>
            <w:r w:rsidRPr="00071584">
              <w:rPr>
                <w:sz w:val="17"/>
                <w:szCs w:val="16"/>
              </w:rPr>
              <w:t xml:space="preserve"> </w:t>
            </w:r>
            <w:proofErr w:type="spellStart"/>
            <w:r w:rsidRPr="00071584">
              <w:rPr>
                <w:sz w:val="17"/>
                <w:szCs w:val="16"/>
              </w:rPr>
              <w:t>필수</w:t>
            </w:r>
            <w:proofErr w:type="spellEnd"/>
          </w:p>
        </w:tc>
        <w:tc>
          <w:tcPr>
            <w:tcW w:w="28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321ED5AD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>주소, 주민등록번호(개인), 사업자등록번호(법인)</w:t>
            </w:r>
            <w:r w:rsidR="00071584">
              <w:rPr>
                <w:sz w:val="17"/>
                <w:szCs w:val="16"/>
                <w:lang w:eastAsia="ko-KR"/>
              </w:rPr>
              <w:t xml:space="preserve">, </w:t>
            </w:r>
            <w:r w:rsidR="00071584">
              <w:rPr>
                <w:rFonts w:hint="eastAsia"/>
                <w:sz w:val="17"/>
                <w:szCs w:val="16"/>
                <w:lang w:eastAsia="ko-KR"/>
              </w:rPr>
              <w:t>이메일</w:t>
            </w:r>
          </w:p>
        </w:tc>
        <w:tc>
          <w:tcPr>
            <w:tcW w:w="28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63F82A02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>기부금영수증 발급 및 발급명세 작성</w:t>
            </w:r>
          </w:p>
        </w:tc>
        <w:tc>
          <w:tcPr>
            <w:tcW w:w="28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14:paraId="4270789A" w14:textId="77777777" w:rsidR="00DC5FC9" w:rsidRPr="00071584" w:rsidRDefault="00DC5FC9" w:rsidP="00071584">
            <w:pPr>
              <w:spacing w:after="0" w:line="200" w:lineRule="exact"/>
              <w:jc w:val="center"/>
              <w:rPr>
                <w:sz w:val="16"/>
                <w:szCs w:val="16"/>
                <w:lang w:eastAsia="ko-KR"/>
              </w:rPr>
            </w:pPr>
            <w:r w:rsidRPr="00071584">
              <w:rPr>
                <w:sz w:val="17"/>
                <w:szCs w:val="16"/>
                <w:lang w:eastAsia="ko-KR"/>
              </w:rPr>
              <w:t>관계 법령에 따른 보존기간</w:t>
            </w:r>
          </w:p>
        </w:tc>
      </w:tr>
    </w:tbl>
    <w:p w14:paraId="05553854" w14:textId="6BEBD471" w:rsidR="00B523EC" w:rsidRPr="00071584" w:rsidRDefault="000A03D5" w:rsidP="00656729">
      <w:pPr>
        <w:spacing w:after="40" w:line="240" w:lineRule="auto"/>
        <w:ind w:firstLineChars="100" w:firstLine="160"/>
        <w:jc w:val="both"/>
        <w:rPr>
          <w:sz w:val="16"/>
          <w:szCs w:val="16"/>
          <w:lang w:eastAsia="ko-KR"/>
        </w:rPr>
      </w:pPr>
      <w:r w:rsidRPr="00071584">
        <w:rPr>
          <w:sz w:val="16"/>
          <w:szCs w:val="16"/>
          <w:lang w:eastAsia="ko-KR"/>
        </w:rPr>
        <w:t>※ 주민등록번호</w:t>
      </w:r>
      <w:r w:rsidR="00656729">
        <w:rPr>
          <w:rFonts w:hint="eastAsia"/>
          <w:sz w:val="16"/>
          <w:szCs w:val="16"/>
          <w:lang w:eastAsia="ko-KR"/>
        </w:rPr>
        <w:t>(사업자등록번호)</w:t>
      </w:r>
      <w:r w:rsidRPr="00071584">
        <w:rPr>
          <w:sz w:val="16"/>
          <w:szCs w:val="16"/>
          <w:lang w:eastAsia="ko-KR"/>
        </w:rPr>
        <w:t>는 기부금영수증 발급</w:t>
      </w:r>
      <w:r w:rsidR="00656729">
        <w:rPr>
          <w:rFonts w:hint="eastAsia"/>
          <w:sz w:val="16"/>
          <w:szCs w:val="16"/>
          <w:lang w:eastAsia="ko-KR"/>
        </w:rPr>
        <w:t xml:space="preserve"> 요청자에 </w:t>
      </w:r>
      <w:r w:rsidRPr="00071584">
        <w:rPr>
          <w:sz w:val="16"/>
          <w:szCs w:val="16"/>
          <w:lang w:eastAsia="ko-KR"/>
        </w:rPr>
        <w:t>한하여 관계 법령에 근거</w:t>
      </w:r>
      <w:r w:rsidR="00656729">
        <w:rPr>
          <w:rFonts w:hint="eastAsia"/>
          <w:sz w:val="16"/>
          <w:szCs w:val="16"/>
          <w:lang w:eastAsia="ko-KR"/>
        </w:rPr>
        <w:t>하여 처리함</w:t>
      </w:r>
    </w:p>
    <w:p w14:paraId="44E690A5" w14:textId="77777777" w:rsidR="00656729" w:rsidRDefault="00656729" w:rsidP="00071584">
      <w:pPr>
        <w:spacing w:after="40" w:line="240" w:lineRule="auto"/>
        <w:jc w:val="right"/>
        <w:rPr>
          <w:b/>
          <w:sz w:val="22"/>
          <w:lang w:eastAsia="ko-KR"/>
        </w:rPr>
      </w:pPr>
    </w:p>
    <w:p w14:paraId="315E99E6" w14:textId="19A75EA5" w:rsidR="00B523EC" w:rsidRPr="00656729" w:rsidRDefault="000A03D5" w:rsidP="00071584">
      <w:pPr>
        <w:spacing w:after="40" w:line="240" w:lineRule="auto"/>
        <w:jc w:val="right"/>
        <w:rPr>
          <w:sz w:val="24"/>
          <w:szCs w:val="24"/>
          <w:lang w:eastAsia="ko-KR"/>
        </w:rPr>
      </w:pPr>
      <w:r w:rsidRPr="00656729">
        <w:rPr>
          <w:b/>
          <w:sz w:val="24"/>
          <w:szCs w:val="24"/>
          <w:lang w:eastAsia="ko-KR"/>
        </w:rPr>
        <w:t xml:space="preserve">사단법인 </w:t>
      </w:r>
      <w:proofErr w:type="spellStart"/>
      <w:r w:rsidRPr="00656729">
        <w:rPr>
          <w:b/>
          <w:sz w:val="24"/>
          <w:szCs w:val="24"/>
          <w:lang w:eastAsia="ko-KR"/>
        </w:rPr>
        <w:t>글로벌민자사업진흥회</w:t>
      </w:r>
      <w:proofErr w:type="spellEnd"/>
      <w:r w:rsidRPr="00656729">
        <w:rPr>
          <w:b/>
          <w:sz w:val="24"/>
          <w:szCs w:val="24"/>
          <w:lang w:eastAsia="ko-KR"/>
        </w:rPr>
        <w:t xml:space="preserve"> 회장 귀하</w:t>
      </w:r>
    </w:p>
    <w:sectPr w:rsidR="00B523EC" w:rsidRPr="00656729" w:rsidSect="00034616">
      <w:headerReference w:type="default" r:id="rId8"/>
      <w:footerReference w:type="default" r:id="rId12"/>
      <w:footerReference w:type="first" r:id="rId13"/>
      <w:headerReference w:type="first" r:id="rId14"/>
      <w:pgSz w:w="12240" w:h="15840"/>
      <w:pgMar w:top="691" w:right="1134" w:bottom="691" w:left="1134" w:header="259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BDFD" w14:textId="77777777" w:rsidR="00775C09" w:rsidRDefault="00775C09" w:rsidP="00DC5FC9">
      <w:pPr>
        <w:spacing w:after="0" w:line="240" w:lineRule="auto"/>
      </w:pPr>
      <w:r>
        <w:separator/>
      </w:r>
    </w:p>
  </w:endnote>
  <w:endnote w:type="continuationSeparator" w:id="0">
    <w:p w14:paraId="1C30647F" w14:textId="77777777" w:rsidR="00775C09" w:rsidRDefault="00775C09" w:rsidP="00DC5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20D6A" w14:textId="77777777" w:rsidR="00775C09" w:rsidRDefault="00775C09" w:rsidP="00DC5FC9">
      <w:pPr>
        <w:spacing w:after="0" w:line="240" w:lineRule="auto"/>
      </w:pPr>
      <w:r>
        <w:separator/>
      </w:r>
    </w:p>
  </w:footnote>
  <w:footnote w:type="continuationSeparator" w:id="0">
    <w:p w14:paraId="280C1ADE" w14:textId="77777777" w:rsidR="00775C09" w:rsidRDefault="00775C09" w:rsidP="00DC5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0964E4FFFA954A44A315EA0165A0A38D"/>
      </w:placeholder>
      <w:temporary/>
      <w:showingPlcHdr/>
      <w15:appearance w15:val="hidden"/>
    </w:sdtPr>
    <w:sdtEndPr/>
    <w:sdtContent>
      <w:p w14:paraId="5B31FA5B" w14:textId="77777777" w:rsidR="00DC5FC9" w:rsidRDefault="00775C09">
        <w:pPr>
          <w:pStyle w:val="a5"/>
        </w:pPr>
      </w:p>
    </w:sdtContent>
  </w:sdt>
  <w:p w14:paraId="275E495B" w14:textId="77777777" w:rsidR="00DC5FC9" w:rsidRDefault="00DC5FC9">
    <w:pPr>
      <w:pStyle w:val="a5"/>
    </w:pPr>
    <w:r>
      <w:rPr>
        <w:noProof/>
      </w:rPr>
      <w:drawing>
        <wp:inline distT="0" distB="0" distL="0" distR="0" wp14:anchorId="242B4717" wp14:editId="2B53012B">
          <wp:extent cx="1800000" cy="360000"/>
          <wp:effectExtent l="0" t="0" r="0" b="2540"/>
          <wp:docPr id="2" name="그림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61" t="21609" r="6138" b="24370"/>
                  <a:stretch/>
                </pic:blipFill>
                <pic:spPr bwMode="auto">
                  <a:xfrm>
                    <a:off x="0" y="0"/>
                    <a:ext cx="180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584"/>
    <w:rsid w:val="000A03D5"/>
    <w:rsid w:val="0015074B"/>
    <w:rsid w:val="00253A82"/>
    <w:rsid w:val="0029639D"/>
    <w:rsid w:val="00326F90"/>
    <w:rsid w:val="00656729"/>
    <w:rsid w:val="00775C09"/>
    <w:rsid w:val="008A69C0"/>
    <w:rsid w:val="00A74FE0"/>
    <w:rsid w:val="00AA1D8D"/>
    <w:rsid w:val="00B47730"/>
    <w:rsid w:val="00B523EC"/>
    <w:rsid w:val="00CB0664"/>
    <w:rsid w:val="00CE5824"/>
    <w:rsid w:val="00DC5F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A21147"/>
  <w14:defaultImageDpi w14:val="300"/>
  <w15:docId w15:val="{C6447BB5-EA11-434A-B53B-9025A922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300" w:lineRule="auto"/>
    </w:pPr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964E4FFFA954A44A315EA0165A0A38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A2A05BA-7121-44B8-920E-79DCA5FE4ED5}"/>
      </w:docPartPr>
      <w:docPartBody>
        <w:p w:rsidR="004F346F" w:rsidRDefault="004F346F" w:rsidP="00284E79">
          <w:pPr>
            <w:pStyle w:val="0964E4FFFA954A44A315EA0165A0A38D"/>
          </w:pP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79"/>
    <w:rsid w:val="00284E79"/>
    <w:rsid w:val="004F346F"/>
    <w:rsid w:val="008C2436"/>
    <w:rsid w:val="00BC02D9"/>
    <w:rsid w:val="00EF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964E4FFFA954A44A315EA0165A0A38D">
    <w:name w:val="0964E4FFFA954A44A315EA0165A0A38D"/>
    <w:rsid w:val="00284E79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2026-10-26T04:36:00Z</dcterms:created>
  <dcterms:modified xsi:type="dcterms:W3CDTF">2026-10-27T07:00:00Z</dcterms:modified>
  <cp:category/>
</cp:coreProperties>
</file>